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spacing w:before="360"/>
      </w:pPr>
      <w:r>
        <w:rPr>
          <w:rFonts w:ascii="Times New Roman" w:hAnsi="Times New Roman"/>
          <w:b/>
          <w:sz w:val="28"/>
          <w:u w:val="none"/>
        </w:rPr>
        <w:t>Founder M&amp;A Closing Checklist and Closing Agenda</w:t>
      </w:r>
    </w:p>
    <w:p>
      <w:pPr>
        <w:widowControl/>
        <w:spacing w:after="240"/>
        <w:jc w:val="center"/>
      </w:pPr>
      <w:r>
        <w:rPr>
          <w:rFonts w:ascii="Times New Roman" w:hAnsi="Times New Roman"/>
          <w:b/>
          <w:sz w:val="20"/>
        </w:rPr>
        <w:t>FMA-016  |  VERSION 1.0.0  |  7 SEPTEMBER 2026</w:t>
      </w:r>
    </w:p>
    <w:p>
      <w:pPr>
        <w:pStyle w:val="PractitionerBanner"/>
        <w:widowControl/>
        <w:shd w:fill="F2F2F2"/>
      </w:pPr>
      <w:r>
        <w:rPr>
          <w:b/>
        </w:rPr>
        <w:t>Practitioner master — customize to the signed acquisition agreement and maintain as the single source of truth for conditions, deliverables, signatures, funds, filings, and post-Closing actions.</w:t>
      </w:r>
      <w:r>
        <w:t xml:space="preserve"> Form FMA-016; version 1.0.0; prepared 2026-09-07. This original tool is not matter-cleared or an authorization to close.</w:t>
      </w:r>
    </w:p>
    <w:p>
      <w:pPr>
        <w:pStyle w:val="Heading2"/>
        <w:widowControl/>
        <w:ind w:left="0" w:firstLine="0"/>
        <w:jc w:val="center"/>
      </w:pPr>
      <w:r>
        <w:rPr>
          <w:rFonts w:ascii="Times New Roman" w:hAnsi="Times New Roman"/>
          <w:b/>
          <w:sz w:val="24"/>
          <w:u w:val="none"/>
        </w:rPr>
        <w:t>Matter Completion Sheet — Not Part of the Checklist</w:t>
      </w:r>
    </w:p>
    <w:tbl>
      <w:tblPr>
        <w:tblStyle w:val="TableGrid"/>
        <w:tblW w:type="auto" w:w="0"/>
        <w:jc w:val="center"/>
        <w:tblLayout w:type="fixed"/>
        <w:tblLook w:firstColumn="1" w:firstRow="1" w:lastColumn="0" w:lastRow="0" w:noHBand="0" w:noVBand="1" w:val="04A0"/>
        <w:tblBorders>
          <w:top w:val="single" w:color="D9D9D9" w:sz="4"/>
          <w:left w:val="single" w:color="D9D9D9" w:sz="4"/>
          <w:bottom w:val="single" w:color="D9D9D9" w:sz="4"/>
          <w:right w:val="single" w:color="D9D9D9" w:sz="4"/>
          <w:insideH w:val="single" w:color="D9D9D9" w:sz="4"/>
          <w:insideV w:val="single" w:color="D9D9D9" w:sz="4"/>
        </w:tblBorders>
      </w:tblPr>
      <w:tblGrid>
        <w:gridCol w:w="3120"/>
        <w:gridCol w:w="3120"/>
        <w:gridCol w:w="3120"/>
      </w:tblGrid>
      <w:tr>
        <w:trPr>
          <w:tblHeader w:val="true"/>
          <w:cantSplit/>
        </w:trPr>
        <w:tc>
          <w:tcPr>
            <w:tcW w:type="dxa" w:w="792"/>
            <w:vAlign w:val="center"/>
            <w:tcMar>
              <w:top w:w="55" w:type="dxa"/>
              <w:start w:w="70" w:type="dxa"/>
              <w:bottom w:w="55" w:type="dxa"/>
              <w:end w:w="70" w:type="dxa"/>
            </w:tcMar>
            <w:shd w:fill="DCE6F1"/>
          </w:tcPr>
          <w:p>
            <w:pPr>
              <w:spacing w:after="0"/>
            </w:pPr>
            <w:r>
              <w:rPr>
                <w:rFonts w:ascii="Times New Roman" w:hAnsi="Times New Roman"/>
                <w:b/>
                <w:sz w:val="17"/>
              </w:rPr>
              <w:t>Status</w:t>
            </w:r>
          </w:p>
        </w:tc>
        <w:tc>
          <w:tcPr>
            <w:tcW w:type="dxa" w:w="6120"/>
            <w:vAlign w:val="center"/>
            <w:tcMar>
              <w:top w:w="55" w:type="dxa"/>
              <w:start w:w="70" w:type="dxa"/>
              <w:bottom w:w="55" w:type="dxa"/>
              <w:end w:w="70" w:type="dxa"/>
            </w:tcMar>
            <w:shd w:fill="DCE6F1"/>
          </w:tcPr>
          <w:p>
            <w:pPr>
              <w:spacing w:after="0"/>
            </w:pPr>
            <w:r>
              <w:rPr>
                <w:rFonts w:ascii="Times New Roman" w:hAnsi="Times New Roman"/>
                <w:b/>
                <w:sz w:val="17"/>
              </w:rPr>
              <w:t>Required completion</w:t>
            </w:r>
          </w:p>
        </w:tc>
        <w:tc>
          <w:tcPr>
            <w:tcW w:type="dxa" w:w="2448"/>
            <w:vAlign w:val="center"/>
            <w:tcMar>
              <w:top w:w="55" w:type="dxa"/>
              <w:start w:w="70" w:type="dxa"/>
              <w:bottom w:w="55" w:type="dxa"/>
              <w:end w:w="70" w:type="dxa"/>
            </w:tcMar>
            <w:shd w:fill="DCE6F1"/>
          </w:tcPr>
          <w:p>
            <w:pPr>
              <w:spacing w:after="0"/>
            </w:pPr>
            <w:r>
              <w:rPr>
                <w:rFonts w:ascii="Times New Roman" w:hAnsi="Times New Roman"/>
                <w:b/>
                <w:sz w:val="17"/>
              </w:rPr>
              <w:t>Matter-specific input, owner, or approval</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Identify acquisition agreement, amendments, parties, structure, signing date, Closing trigger, Outside Date, governing law, transaction counsel, and release coordinators.</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Extract every condition, covenant, notice, filing, consent, certificate, schedule, exhibit, ancillary agreement, payment, and post-Closing deadline from controlling documents.</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Reconcile capitalization, consideration waterfall, purchase-price bridge, equity treatment, payment instructions, escrows, holdbacks, rollover, earnout, debt payoffs, expenses, and withholding.</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Assign one owner and reviewer to each item; identify source section, dependencies, due date and time zone, execution parties, form status, release condition, evidence, and waiver authority.</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Complete regulatory, Tax, securities, employment, benefits, IP, privacy, cyber, real-estate, environmental, and industry specialist signoff.</w:t>
            </w:r>
          </w:p>
        </w:tc>
        <w:tc>
          <w:tcPr>
            <w:tcW w:type="dxa" w:w="2448"/>
            <w:vAlign w:val="center"/>
            <w:tcMar>
              <w:top w:w="55" w:type="dxa"/>
              <w:start w:w="70" w:type="dxa"/>
              <w:bottom w:w="55" w:type="dxa"/>
              <w:end w:w="70" w:type="dxa"/>
            </w:tcMar>
          </w:tcPr>
          <w:p>
            <w:pPr>
              <w:spacing w:after="0"/>
            </w:pPr>
            <w:r>
              <w:rPr>
                <w:rFonts w:ascii="Times New Roman" w:hAnsi="Times New Roman"/>
                <w:sz w:val="17"/>
              </w:rPr>
              <w:t>[SPECIALISTS / DATE OR N/A—REASON]</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Confirm wire callbacks, signature custody, filing sequence, effective time, no-premature-release rule, and authority to announce Closing.</w:t>
            </w:r>
          </w:p>
        </w:tc>
        <w:tc>
          <w:tcPr>
            <w:tcW w:type="dxa" w:w="2448"/>
            <w:vAlign w:val="center"/>
            <w:tcMar>
              <w:top w:w="55" w:type="dxa"/>
              <w:start w:w="70" w:type="dxa"/>
              <w:bottom w:w="55" w:type="dxa"/>
              <w:end w:w="70" w:type="dxa"/>
            </w:tcMar>
          </w:tcPr>
          <w:p>
            <w:pPr>
              <w:spacing w:after="0"/>
            </w:pPr>
            <w:r>
              <w:rPr>
                <w:rFonts w:ascii="Times New Roman" w:hAnsi="Times New Roman"/>
                <w:sz w:val="17"/>
              </w:rPr>
              <w:t>[CLOSING LEAD / DATE]</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Closing may occur only after the responsible lawyers sign the Release Authorization in Annex 1.</w:t>
            </w:r>
          </w:p>
        </w:tc>
        <w:tc>
          <w:tcPr>
            <w:tcW w:type="dxa" w:w="2448"/>
            <w:vAlign w:val="center"/>
            <w:tcMar>
              <w:top w:w="55" w:type="dxa"/>
              <w:start w:w="70" w:type="dxa"/>
              <w:bottom w:w="55" w:type="dxa"/>
              <w:end w:w="70" w:type="dxa"/>
            </w:tcMar>
          </w:tcPr>
          <w:p>
            <w:pPr>
              <w:spacing w:after="0"/>
            </w:pPr>
            <w:r>
              <w:rPr>
                <w:rFonts w:ascii="Times New Roman" w:hAnsi="Times New Roman"/>
                <w:sz w:val="17"/>
              </w:rPr>
              <w:t>[AUTHORIZED BY / DATE / TIME]</w:t>
            </w:r>
          </w:p>
        </w:tc>
      </w:tr>
    </w:tbl>
    <w:p>
      <w:pPr>
        <w:widowControl/>
        <w:spacing w:after="20"/>
      </w:pPr>
    </w:p>
    <w:p>
      <w:pPr>
        <w:pStyle w:val="Heading1"/>
        <w:pageBreakBefore w:val="0"/>
        <w:widowControl/>
      </w:pPr>
      <w:r>
        <w:rPr>
          <w:rFonts w:ascii="Times New Roman" w:hAnsi="Times New Roman"/>
          <w:b/>
          <w:sz w:val="24"/>
          <w:u w:val="none"/>
        </w:rPr>
        <w:t>CLOSING CHECKLIST AND AGENDA</w:t>
      </w:r>
    </w:p>
    <w:p>
      <w:pPr>
        <w:pStyle w:val="Heading2"/>
        <w:widowControl/>
        <w:ind w:left="0" w:firstLine="0"/>
      </w:pPr>
      <w:r>
        <w:rPr>
          <w:rFonts w:ascii="Times New Roman" w:hAnsi="Times New Roman"/>
          <w:b/>
          <w:sz w:val="22"/>
          <w:u w:val="single"/>
        </w:rPr>
        <w:t>1. Deal Identification and Control Rules</w:t>
      </w:r>
    </w:p>
    <w:p>
      <w:pPr>
        <w:pStyle w:val="Heading3"/>
        <w:widowControl/>
        <w:ind w:left="0" w:firstLine="0"/>
      </w:pPr>
      <w:r>
        <w:rPr>
          <w:rFonts w:ascii="Times New Roman" w:hAnsi="Times New Roman"/>
          <w:b/>
          <w:sz w:val="22"/>
          <w:u w:val="single"/>
        </w:rPr>
        <w:t>1.1 Matter details</w:t>
      </w:r>
    </w:p>
    <w:tbl>
      <w:tblPr>
        <w:tblStyle w:val="TableGrid"/>
        <w:tblW w:type="auto" w:w="0"/>
        <w:jc w:val="center"/>
        <w:tblLayout w:type="fixed"/>
        <w:tblLook w:firstColumn="1" w:firstRow="1" w:lastColumn="0" w:lastRow="0" w:noHBand="0" w:noVBand="1" w:val="04A0"/>
        <w:tblBorders>
          <w:top w:val="single" w:color="D9D9D9" w:sz="4"/>
          <w:left w:val="single" w:color="D9D9D9" w:sz="4"/>
          <w:bottom w:val="single" w:color="D9D9D9" w:sz="4"/>
          <w:right w:val="single" w:color="D9D9D9" w:sz="4"/>
          <w:insideH w:val="single" w:color="D9D9D9" w:sz="4"/>
          <w:insideV w:val="single" w:color="D9D9D9" w:sz="4"/>
        </w:tblBorders>
      </w:tblPr>
      <w:tblGrid>
        <w:gridCol w:w="4680"/>
        <w:gridCol w:w="4680"/>
      </w:tblGrid>
      <w:tr>
        <w:trPr>
          <w:tblHeader w:val="true"/>
          <w:cantSplit/>
        </w:trPr>
        <w:tc>
          <w:tcPr>
            <w:tcW w:type="dxa" w:w="4680"/>
            <w:vAlign w:val="center"/>
            <w:tcMar>
              <w:top w:w="55" w:type="dxa"/>
              <w:start w:w="70" w:type="dxa"/>
              <w:bottom w:w="55" w:type="dxa"/>
              <w:end w:w="70" w:type="dxa"/>
            </w:tcMar>
            <w:shd w:fill="DCE6F1"/>
          </w:tcPr>
          <w:p>
            <w:pPr>
              <w:spacing w:after="0"/>
            </w:pPr>
            <w:r>
              <w:rPr>
                <w:rFonts w:ascii="Times New Roman" w:hAnsi="Times New Roman"/>
                <w:b/>
                <w:sz w:val="18"/>
              </w:rPr>
              <w:t>Field</w:t>
            </w:r>
          </w:p>
        </w:tc>
        <w:tc>
          <w:tcPr>
            <w:tcW w:type="dxa" w:w="4680"/>
            <w:vAlign w:val="center"/>
            <w:tcMar>
              <w:top w:w="55" w:type="dxa"/>
              <w:start w:w="70" w:type="dxa"/>
              <w:bottom w:w="55" w:type="dxa"/>
              <w:end w:w="70" w:type="dxa"/>
            </w:tcMar>
            <w:shd w:fill="DCE6F1"/>
          </w:tcPr>
          <w:p>
            <w:pPr>
              <w:spacing w:after="0"/>
            </w:pPr>
            <w:r>
              <w:rPr>
                <w:rFonts w:ascii="Times New Roman" w:hAnsi="Times New Roman"/>
                <w:b/>
                <w:sz w:val="18"/>
              </w:rPr>
              <w:t>Required entry</w:t>
            </w:r>
          </w:p>
        </w:tc>
      </w:tr>
      <w:tr>
        <w:trPr>
          <w:cantSplit/>
        </w:trPr>
        <w:tc>
          <w:tcPr>
            <w:tcW w:type="dxa" w:w="4680"/>
            <w:vAlign w:val="center"/>
            <w:tcMar>
              <w:top w:w="55" w:type="dxa"/>
              <w:start w:w="70" w:type="dxa"/>
              <w:bottom w:w="55" w:type="dxa"/>
              <w:end w:w="70" w:type="dxa"/>
            </w:tcMar>
          </w:tcPr>
          <w:p>
            <w:pPr>
              <w:spacing w:after="0"/>
            </w:pPr>
            <w:r>
              <w:rPr>
                <w:rFonts w:ascii="Times New Roman" w:hAnsi="Times New Roman"/>
                <w:sz w:val="18"/>
              </w:rPr>
              <w:t>Transaction</w:t>
            </w:r>
          </w:p>
        </w:tc>
        <w:tc>
          <w:tcPr>
            <w:tcW w:type="dxa" w:w="4680"/>
            <w:vAlign w:val="center"/>
            <w:tcMar>
              <w:top w:w="55" w:type="dxa"/>
              <w:start w:w="70" w:type="dxa"/>
              <w:bottom w:w="55" w:type="dxa"/>
              <w:end w:w="70" w:type="dxa"/>
            </w:tcMar>
          </w:tcPr>
          <w:p>
            <w:pPr>
              <w:spacing w:after="0"/>
            </w:pPr>
            <w:r>
              <w:rPr>
                <w:rFonts w:ascii="Times New Roman" w:hAnsi="Times New Roman"/>
                <w:sz w:val="18"/>
              </w:rPr>
              <w:t>[BUYER / TARGET / STRUCTURE]</w:t>
            </w:r>
          </w:p>
        </w:tc>
      </w:tr>
      <w:tr>
        <w:trPr>
          <w:cantSplit/>
        </w:trPr>
        <w:tc>
          <w:tcPr>
            <w:tcW w:type="dxa" w:w="4680"/>
            <w:vAlign w:val="center"/>
            <w:tcMar>
              <w:top w:w="55" w:type="dxa"/>
              <w:start w:w="70" w:type="dxa"/>
              <w:bottom w:w="55" w:type="dxa"/>
              <w:end w:w="70" w:type="dxa"/>
            </w:tcMar>
          </w:tcPr>
          <w:p>
            <w:pPr>
              <w:spacing w:after="0"/>
            </w:pPr>
            <w:r>
              <w:rPr>
                <w:rFonts w:ascii="Times New Roman" w:hAnsi="Times New Roman"/>
                <w:sz w:val="18"/>
              </w:rPr>
              <w:t>Acquisition agreement</w:t>
            </w:r>
          </w:p>
        </w:tc>
        <w:tc>
          <w:tcPr>
            <w:tcW w:type="dxa" w:w="4680"/>
            <w:vAlign w:val="center"/>
            <w:tcMar>
              <w:top w:w="55" w:type="dxa"/>
              <w:start w:w="70" w:type="dxa"/>
              <w:bottom w:w="55" w:type="dxa"/>
              <w:end w:w="70" w:type="dxa"/>
            </w:tcMar>
          </w:tcPr>
          <w:p>
            <w:pPr>
              <w:spacing w:after="0"/>
            </w:pPr>
            <w:r>
              <w:rPr>
                <w:rFonts w:ascii="Times New Roman" w:hAnsi="Times New Roman"/>
                <w:sz w:val="18"/>
              </w:rPr>
              <w:t>[TITLE / DATE / VERSION / AMENDMENTS]</w:t>
            </w:r>
          </w:p>
        </w:tc>
      </w:tr>
      <w:tr>
        <w:trPr>
          <w:cantSplit/>
        </w:trPr>
        <w:tc>
          <w:tcPr>
            <w:tcW w:type="dxa" w:w="4680"/>
            <w:vAlign w:val="center"/>
            <w:tcMar>
              <w:top w:w="55" w:type="dxa"/>
              <w:start w:w="70" w:type="dxa"/>
              <w:bottom w:w="55" w:type="dxa"/>
              <w:end w:w="70" w:type="dxa"/>
            </w:tcMar>
          </w:tcPr>
          <w:p>
            <w:pPr>
              <w:spacing w:after="0"/>
            </w:pPr>
            <w:r>
              <w:rPr>
                <w:rFonts w:ascii="Times New Roman" w:hAnsi="Times New Roman"/>
                <w:sz w:val="18"/>
              </w:rPr>
              <w:t>Signing and Closing</w:t>
            </w:r>
          </w:p>
        </w:tc>
        <w:tc>
          <w:tcPr>
            <w:tcW w:type="dxa" w:w="4680"/>
            <w:vAlign w:val="center"/>
            <w:tcMar>
              <w:top w:w="55" w:type="dxa"/>
              <w:start w:w="70" w:type="dxa"/>
              <w:bottom w:w="55" w:type="dxa"/>
              <w:end w:w="70" w:type="dxa"/>
            </w:tcMar>
          </w:tcPr>
          <w:p>
            <w:pPr>
              <w:spacing w:after="0"/>
            </w:pPr>
            <w:r>
              <w:rPr>
                <w:rFonts w:ascii="Times New Roman" w:hAnsi="Times New Roman"/>
                <w:sz w:val="18"/>
              </w:rPr>
              <w:t>[SIMULTANEOUS / DEFERRED]</w:t>
            </w:r>
          </w:p>
        </w:tc>
      </w:tr>
      <w:tr>
        <w:trPr>
          <w:cantSplit/>
        </w:trPr>
        <w:tc>
          <w:tcPr>
            <w:tcW w:type="dxa" w:w="4680"/>
            <w:vAlign w:val="center"/>
            <w:tcMar>
              <w:top w:w="55" w:type="dxa"/>
              <w:start w:w="70" w:type="dxa"/>
              <w:bottom w:w="55" w:type="dxa"/>
              <w:end w:w="70" w:type="dxa"/>
            </w:tcMar>
          </w:tcPr>
          <w:p>
            <w:pPr>
              <w:spacing w:after="0"/>
            </w:pPr>
            <w:r>
              <w:rPr>
                <w:rFonts w:ascii="Times New Roman" w:hAnsi="Times New Roman"/>
                <w:sz w:val="18"/>
              </w:rPr>
              <w:t>Scheduled Closing</w:t>
            </w:r>
          </w:p>
        </w:tc>
        <w:tc>
          <w:tcPr>
            <w:tcW w:type="dxa" w:w="4680"/>
            <w:vAlign w:val="center"/>
            <w:tcMar>
              <w:top w:w="55" w:type="dxa"/>
              <w:start w:w="70" w:type="dxa"/>
              <w:bottom w:w="55" w:type="dxa"/>
              <w:end w:w="70" w:type="dxa"/>
            </w:tcMar>
          </w:tcPr>
          <w:p>
            <w:pPr>
              <w:spacing w:after="0"/>
            </w:pPr>
            <w:r>
              <w:rPr>
                <w:rFonts w:ascii="Times New Roman" w:hAnsi="Times New Roman"/>
                <w:sz w:val="18"/>
              </w:rPr>
              <w:t>[DATE / TIME / TIME ZONE]</w:t>
            </w:r>
          </w:p>
        </w:tc>
      </w:tr>
      <w:tr>
        <w:trPr>
          <w:cantSplit/>
        </w:trPr>
        <w:tc>
          <w:tcPr>
            <w:tcW w:type="dxa" w:w="4680"/>
            <w:vAlign w:val="center"/>
            <w:tcMar>
              <w:top w:w="55" w:type="dxa"/>
              <w:start w:w="70" w:type="dxa"/>
              <w:bottom w:w="55" w:type="dxa"/>
              <w:end w:w="70" w:type="dxa"/>
            </w:tcMar>
          </w:tcPr>
          <w:p>
            <w:pPr>
              <w:spacing w:after="0"/>
            </w:pPr>
            <w:r>
              <w:rPr>
                <w:rFonts w:ascii="Times New Roman" w:hAnsi="Times New Roman"/>
                <w:sz w:val="18"/>
              </w:rPr>
              <w:t>Outside Date</w:t>
            </w:r>
          </w:p>
        </w:tc>
        <w:tc>
          <w:tcPr>
            <w:tcW w:type="dxa" w:w="4680"/>
            <w:vAlign w:val="center"/>
            <w:tcMar>
              <w:top w:w="55" w:type="dxa"/>
              <w:start w:w="70" w:type="dxa"/>
              <w:bottom w:w="55" w:type="dxa"/>
              <w:end w:w="70" w:type="dxa"/>
            </w:tcMar>
          </w:tcPr>
          <w:p>
            <w:pPr>
              <w:spacing w:after="0"/>
            </w:pPr>
            <w:r>
              <w:rPr>
                <w:rFonts w:ascii="Times New Roman" w:hAnsi="Times New Roman"/>
                <w:sz w:val="18"/>
              </w:rPr>
              <w:t>[DATE / EXTENSION MECHANICS]</w:t>
            </w:r>
          </w:p>
        </w:tc>
      </w:tr>
      <w:tr>
        <w:trPr>
          <w:cantSplit/>
        </w:trPr>
        <w:tc>
          <w:tcPr>
            <w:tcW w:type="dxa" w:w="4680"/>
            <w:vAlign w:val="center"/>
            <w:tcMar>
              <w:top w:w="55" w:type="dxa"/>
              <w:start w:w="70" w:type="dxa"/>
              <w:bottom w:w="55" w:type="dxa"/>
              <w:end w:w="70" w:type="dxa"/>
            </w:tcMar>
          </w:tcPr>
          <w:p>
            <w:pPr>
              <w:spacing w:after="0"/>
            </w:pPr>
            <w:r>
              <w:rPr>
                <w:rFonts w:ascii="Times New Roman" w:hAnsi="Times New Roman"/>
                <w:sz w:val="18"/>
              </w:rPr>
              <w:t>Effective Time</w:t>
            </w:r>
          </w:p>
        </w:tc>
        <w:tc>
          <w:tcPr>
            <w:tcW w:type="dxa" w:w="4680"/>
            <w:vAlign w:val="center"/>
            <w:tcMar>
              <w:top w:w="55" w:type="dxa"/>
              <w:start w:w="70" w:type="dxa"/>
              <w:bottom w:w="55" w:type="dxa"/>
              <w:end w:w="70" w:type="dxa"/>
            </w:tcMar>
          </w:tcPr>
          <w:p>
            <w:pPr>
              <w:spacing w:after="0"/>
            </w:pPr>
            <w:r>
              <w:rPr>
                <w:rFonts w:ascii="Times New Roman" w:hAnsi="Times New Roman"/>
                <w:sz w:val="18"/>
              </w:rPr>
              <w:t>[EVENT / FILING / TIME]</w:t>
            </w:r>
          </w:p>
        </w:tc>
      </w:tr>
      <w:tr>
        <w:trPr>
          <w:cantSplit/>
        </w:trPr>
        <w:tc>
          <w:tcPr>
            <w:tcW w:type="dxa" w:w="4680"/>
            <w:vAlign w:val="center"/>
            <w:tcMar>
              <w:top w:w="55" w:type="dxa"/>
              <w:start w:w="70" w:type="dxa"/>
              <w:bottom w:w="55" w:type="dxa"/>
              <w:end w:w="70" w:type="dxa"/>
            </w:tcMar>
          </w:tcPr>
          <w:p>
            <w:pPr>
              <w:spacing w:after="0"/>
            </w:pPr>
            <w:r>
              <w:rPr>
                <w:rFonts w:ascii="Times New Roman" w:hAnsi="Times New Roman"/>
                <w:sz w:val="18"/>
              </w:rPr>
              <w:t>Buyer counsel lead</w:t>
            </w:r>
          </w:p>
        </w:tc>
        <w:tc>
          <w:tcPr>
            <w:tcW w:type="dxa" w:w="4680"/>
            <w:vAlign w:val="center"/>
            <w:tcMar>
              <w:top w:w="55" w:type="dxa"/>
              <w:start w:w="70" w:type="dxa"/>
              <w:bottom w:w="55" w:type="dxa"/>
              <w:end w:w="70" w:type="dxa"/>
            </w:tcMar>
          </w:tcPr>
          <w:p>
            <w:pPr>
              <w:spacing w:after="0"/>
            </w:pPr>
            <w:r>
              <w:rPr>
                <w:rFonts w:ascii="Times New Roman" w:hAnsi="Times New Roman"/>
                <w:sz w:val="18"/>
              </w:rPr>
              <w:t>[NAME / CONTACT]</w:t>
            </w:r>
          </w:p>
        </w:tc>
      </w:tr>
      <w:tr>
        <w:trPr>
          <w:cantSplit/>
        </w:trPr>
        <w:tc>
          <w:tcPr>
            <w:tcW w:type="dxa" w:w="4680"/>
            <w:vAlign w:val="center"/>
            <w:tcMar>
              <w:top w:w="55" w:type="dxa"/>
              <w:start w:w="70" w:type="dxa"/>
              <w:bottom w:w="55" w:type="dxa"/>
              <w:end w:w="70" w:type="dxa"/>
            </w:tcMar>
          </w:tcPr>
          <w:p>
            <w:pPr>
              <w:spacing w:after="0"/>
            </w:pPr>
            <w:r>
              <w:rPr>
                <w:rFonts w:ascii="Times New Roman" w:hAnsi="Times New Roman"/>
                <w:sz w:val="18"/>
              </w:rPr>
              <w:t>Seller counsel lead</w:t>
            </w:r>
          </w:p>
        </w:tc>
        <w:tc>
          <w:tcPr>
            <w:tcW w:type="dxa" w:w="4680"/>
            <w:vAlign w:val="center"/>
            <w:tcMar>
              <w:top w:w="55" w:type="dxa"/>
              <w:start w:w="70" w:type="dxa"/>
              <w:bottom w:w="55" w:type="dxa"/>
              <w:end w:w="70" w:type="dxa"/>
            </w:tcMar>
          </w:tcPr>
          <w:p>
            <w:pPr>
              <w:spacing w:after="0"/>
            </w:pPr>
            <w:r>
              <w:rPr>
                <w:rFonts w:ascii="Times New Roman" w:hAnsi="Times New Roman"/>
                <w:sz w:val="18"/>
              </w:rPr>
              <w:t>[NAME / CONTACT]</w:t>
            </w:r>
          </w:p>
        </w:tc>
      </w:tr>
      <w:tr>
        <w:trPr>
          <w:cantSplit/>
        </w:trPr>
        <w:tc>
          <w:tcPr>
            <w:tcW w:type="dxa" w:w="4680"/>
            <w:vAlign w:val="center"/>
            <w:tcMar>
              <w:top w:w="55" w:type="dxa"/>
              <w:start w:w="70" w:type="dxa"/>
              <w:bottom w:w="55" w:type="dxa"/>
              <w:end w:w="70" w:type="dxa"/>
            </w:tcMar>
          </w:tcPr>
          <w:p>
            <w:pPr>
              <w:spacing w:after="0"/>
            </w:pPr>
            <w:r>
              <w:rPr>
                <w:rFonts w:ascii="Times New Roman" w:hAnsi="Times New Roman"/>
                <w:sz w:val="18"/>
              </w:rPr>
              <w:t>Company officer</w:t>
            </w:r>
          </w:p>
        </w:tc>
        <w:tc>
          <w:tcPr>
            <w:tcW w:type="dxa" w:w="4680"/>
            <w:vAlign w:val="center"/>
            <w:tcMar>
              <w:top w:w="55" w:type="dxa"/>
              <w:start w:w="70" w:type="dxa"/>
              <w:bottom w:w="55" w:type="dxa"/>
              <w:end w:w="70" w:type="dxa"/>
            </w:tcMar>
          </w:tcPr>
          <w:p>
            <w:pPr>
              <w:spacing w:after="0"/>
            </w:pPr>
            <w:r>
              <w:rPr>
                <w:rFonts w:ascii="Times New Roman" w:hAnsi="Times New Roman"/>
                <w:sz w:val="18"/>
              </w:rPr>
              <w:t>[NAME / CONTACT]</w:t>
            </w:r>
          </w:p>
        </w:tc>
      </w:tr>
      <w:tr>
        <w:trPr>
          <w:cantSplit/>
        </w:trPr>
        <w:tc>
          <w:tcPr>
            <w:tcW w:type="dxa" w:w="4680"/>
            <w:vAlign w:val="center"/>
            <w:tcMar>
              <w:top w:w="55" w:type="dxa"/>
              <w:start w:w="70" w:type="dxa"/>
              <w:bottom w:w="55" w:type="dxa"/>
              <w:end w:w="70" w:type="dxa"/>
            </w:tcMar>
          </w:tcPr>
          <w:p>
            <w:pPr>
              <w:spacing w:after="0"/>
            </w:pPr>
            <w:r>
              <w:rPr>
                <w:rFonts w:ascii="Times New Roman" w:hAnsi="Times New Roman"/>
                <w:sz w:val="18"/>
              </w:rPr>
              <w:t>Escrow or payment agent</w:t>
            </w:r>
          </w:p>
        </w:tc>
        <w:tc>
          <w:tcPr>
            <w:tcW w:type="dxa" w:w="4680"/>
            <w:vAlign w:val="center"/>
            <w:tcMar>
              <w:top w:w="55" w:type="dxa"/>
              <w:start w:w="70" w:type="dxa"/>
              <w:bottom w:w="55" w:type="dxa"/>
              <w:end w:w="70" w:type="dxa"/>
            </w:tcMar>
          </w:tcPr>
          <w:p>
            <w:pPr>
              <w:spacing w:after="0"/>
            </w:pPr>
            <w:r>
              <w:rPr>
                <w:rFonts w:ascii="Times New Roman" w:hAnsi="Times New Roman"/>
                <w:sz w:val="18"/>
              </w:rPr>
              <w:t>[NAME / CONTACT]</w:t>
            </w:r>
          </w:p>
        </w:tc>
      </w:tr>
      <w:tr>
        <w:trPr>
          <w:cantSplit/>
        </w:trPr>
        <w:tc>
          <w:tcPr>
            <w:tcW w:type="dxa" w:w="4680"/>
            <w:vAlign w:val="center"/>
            <w:tcMar>
              <w:top w:w="55" w:type="dxa"/>
              <w:start w:w="70" w:type="dxa"/>
              <w:bottom w:w="55" w:type="dxa"/>
              <w:end w:w="70" w:type="dxa"/>
            </w:tcMar>
          </w:tcPr>
          <w:p>
            <w:pPr>
              <w:spacing w:after="0"/>
            </w:pPr>
            <w:r>
              <w:rPr>
                <w:rFonts w:ascii="Times New Roman" w:hAnsi="Times New Roman"/>
                <w:sz w:val="18"/>
              </w:rPr>
              <w:t>Filing agent</w:t>
            </w:r>
          </w:p>
        </w:tc>
        <w:tc>
          <w:tcPr>
            <w:tcW w:type="dxa" w:w="4680"/>
            <w:vAlign w:val="center"/>
            <w:tcMar>
              <w:top w:w="55" w:type="dxa"/>
              <w:start w:w="70" w:type="dxa"/>
              <w:bottom w:w="55" w:type="dxa"/>
              <w:end w:w="70" w:type="dxa"/>
            </w:tcMar>
          </w:tcPr>
          <w:p>
            <w:pPr>
              <w:spacing w:after="0"/>
            </w:pPr>
            <w:r>
              <w:rPr>
                <w:rFonts w:ascii="Times New Roman" w:hAnsi="Times New Roman"/>
                <w:sz w:val="18"/>
              </w:rPr>
              <w:t>[NAME / CONTACT]</w:t>
            </w:r>
          </w:p>
        </w:tc>
      </w:tr>
      <w:tr>
        <w:trPr>
          <w:cantSplit/>
        </w:trPr>
        <w:tc>
          <w:tcPr>
            <w:tcW w:type="dxa" w:w="4680"/>
            <w:vAlign w:val="center"/>
            <w:tcMar>
              <w:top w:w="55" w:type="dxa"/>
              <w:start w:w="70" w:type="dxa"/>
              <w:bottom w:w="55" w:type="dxa"/>
              <w:end w:w="70" w:type="dxa"/>
            </w:tcMar>
          </w:tcPr>
          <w:p>
            <w:pPr>
              <w:spacing w:after="0"/>
            </w:pPr>
            <w:r>
              <w:rPr>
                <w:rFonts w:ascii="Times New Roman" w:hAnsi="Times New Roman"/>
                <w:sz w:val="18"/>
              </w:rPr>
              <w:t>Signature release coordinators</w:t>
            </w:r>
          </w:p>
        </w:tc>
        <w:tc>
          <w:tcPr>
            <w:tcW w:type="dxa" w:w="4680"/>
            <w:vAlign w:val="center"/>
            <w:tcMar>
              <w:top w:w="55" w:type="dxa"/>
              <w:start w:w="70" w:type="dxa"/>
              <w:bottom w:w="55" w:type="dxa"/>
              <w:end w:w="70" w:type="dxa"/>
            </w:tcMar>
          </w:tcPr>
          <w:p>
            <w:pPr>
              <w:spacing w:after="0"/>
            </w:pPr>
            <w:r>
              <w:rPr>
                <w:rFonts w:ascii="Times New Roman" w:hAnsi="Times New Roman"/>
                <w:sz w:val="18"/>
              </w:rPr>
              <w:t>[BUYER / SELLER / COMPANY / AGENT]</w:t>
            </w:r>
          </w:p>
        </w:tc>
      </w:tr>
    </w:tbl>
    <w:p>
      <w:pPr>
        <w:widowControl/>
        <w:spacing w:after="20"/>
      </w:pPr>
    </w:p>
    <w:p>
      <w:pPr>
        <w:pStyle w:val="Heading3"/>
        <w:widowControl/>
        <w:ind w:left="0" w:firstLine="0"/>
      </w:pPr>
      <w:r>
        <w:rPr>
          <w:rFonts w:ascii="Times New Roman" w:hAnsi="Times New Roman"/>
          <w:b/>
          <w:sz w:val="22"/>
          <w:u w:val="single"/>
        </w:rPr>
        <w:t>1.2 Status legend</w:t>
      </w:r>
    </w:p>
    <w:p>
      <w:pPr>
        <w:widowControl/>
        <w:ind w:firstLine="720"/>
        <w:jc w:val="both"/>
      </w:pPr>
      <w:r>
        <w:t xml:space="preserve">Use only these statuses: </w:t>
      </w:r>
      <w:r>
        <w:rPr>
          <w:b/>
        </w:rPr>
        <w:t>Not started</w:t>
      </w:r>
      <w:r>
        <w:t xml:space="preserve">, </w:t>
      </w:r>
      <w:r>
        <w:rPr>
          <w:b/>
        </w:rPr>
        <w:t>Drafting</w:t>
      </w:r>
      <w:r>
        <w:t xml:space="preserve">, </w:t>
      </w:r>
      <w:r>
        <w:rPr>
          <w:b/>
        </w:rPr>
        <w:t>With other side</w:t>
      </w:r>
      <w:r>
        <w:t xml:space="preserve">, </w:t>
      </w:r>
      <w:r>
        <w:rPr>
          <w:b/>
        </w:rPr>
        <w:t>Agreed subject to execution</w:t>
      </w:r>
      <w:r>
        <w:t xml:space="preserve">, </w:t>
      </w:r>
      <w:r>
        <w:rPr>
          <w:b/>
        </w:rPr>
        <w:t>Signed in escrow</w:t>
      </w:r>
      <w:r>
        <w:t xml:space="preserve">, </w:t>
      </w:r>
      <w:r>
        <w:rPr>
          <w:b/>
        </w:rPr>
        <w:t>Condition satisfied</w:t>
      </w:r>
      <w:r>
        <w:t xml:space="preserve">, </w:t>
      </w:r>
      <w:r>
        <w:rPr>
          <w:b/>
        </w:rPr>
        <w:t>Waived by authorized party</w:t>
      </w:r>
      <w:r>
        <w:t xml:space="preserve">, </w:t>
      </w:r>
      <w:r>
        <w:rPr>
          <w:b/>
        </w:rPr>
        <w:t>Released</w:t>
      </w:r>
      <w:r>
        <w:t xml:space="preserve">, </w:t>
      </w:r>
      <w:r>
        <w:rPr>
          <w:b/>
        </w:rPr>
        <w:t>Filed</w:t>
      </w:r>
      <w:r>
        <w:t xml:space="preserve">, </w:t>
      </w:r>
      <w:r>
        <w:rPr>
          <w:b/>
        </w:rPr>
        <w:t>Paid and confirmed</w:t>
      </w:r>
      <w:r>
        <w:t xml:space="preserve">, or </w:t>
      </w:r>
      <w:r>
        <w:rPr>
          <w:b/>
        </w:rPr>
        <w:t>Post-Closing open</w:t>
      </w:r>
      <w:r>
        <w:t xml:space="preserve">. Never mark </w:t>
      </w:r>
      <w:r>
        <w:rPr>
          <w:b/>
        </w:rPr>
        <w:t>Complete</w:t>
      </w:r>
      <w:r>
        <w:t xml:space="preserve"> without identifying the evidence and reviewer.</w:t>
      </w:r>
    </w:p>
    <w:p>
      <w:pPr>
        <w:pStyle w:val="Heading3"/>
        <w:widowControl/>
        <w:ind w:left="0" w:firstLine="0"/>
      </w:pPr>
      <w:r>
        <w:rPr>
          <w:rFonts w:ascii="Times New Roman" w:hAnsi="Times New Roman"/>
          <w:b/>
          <w:sz w:val="22"/>
          <w:u w:val="single"/>
        </w:rPr>
        <w:t>1.3 Source and hierarchy rule</w:t>
      </w:r>
    </w:p>
    <w:p>
      <w:pPr>
        <w:keepLines w:val="0"/>
        <w:widowControl/>
        <w:ind w:firstLine="720"/>
        <w:jc w:val="both"/>
      </w:pPr>
      <w:r>
        <w:t>Each item must cite the controlling section or schedule. If the checklist conflicts with a signed document, the signed document controls and the checklist must be corrected, not used to amend the deal. The acquisition agreement controls transaction economics and remedies; an ancillary agreement controls its operational subject only to the stated hierarchy. Amendments, waivers, consents, and side letters must be versioned and linked to affected items.</w:t>
      </w:r>
    </w:p>
    <w:p>
      <w:pPr>
        <w:pStyle w:val="Heading3"/>
        <w:widowControl/>
        <w:ind w:left="0" w:firstLine="0"/>
      </w:pPr>
      <w:r>
        <w:rPr>
          <w:rFonts w:ascii="Times New Roman" w:hAnsi="Times New Roman"/>
          <w:b/>
          <w:sz w:val="22"/>
          <w:u w:val="single"/>
        </w:rPr>
        <w:t>1.4 No implied waiver or authority</w:t>
      </w:r>
    </w:p>
    <w:p>
      <w:pPr>
        <w:widowControl/>
        <w:ind w:firstLine="720"/>
        <w:jc w:val="both"/>
      </w:pPr>
      <w:r>
        <w:t>A status entry does not waive a condition or approve a document. Waiver requires the person and form specified in the acquisition agreement. A lawyer or coordinator may hold signatures or funds but may release them only under written authority. Closing must not be announced before the release sequence is completed and effective time confirmed.</w:t>
      </w:r>
    </w:p>
    <w:p>
      <w:pPr>
        <w:pStyle w:val="Heading2"/>
        <w:widowControl/>
        <w:ind w:left="0" w:firstLine="0"/>
      </w:pPr>
      <w:r>
        <w:rPr>
          <w:rFonts w:ascii="Times New Roman" w:hAnsi="Times New Roman"/>
          <w:b/>
          <w:sz w:val="22"/>
          <w:u w:val="single"/>
        </w:rPr>
        <w:t>2. Conditions Precedent Matrix</w:t>
      </w:r>
    </w:p>
    <w:tbl>
      <w:tblPr>
        <w:tblStyle w:val="TableGrid"/>
        <w:tblW w:type="auto" w:w="0"/>
        <w:jc w:val="center"/>
        <w:tblLayout w:type="fixed"/>
        <w:tblLook w:firstColumn="1" w:firstRow="1" w:lastColumn="0" w:lastRow="0" w:noHBand="0" w:noVBand="1" w:val="04A0"/>
        <w:tblBorders>
          <w:top w:val="single" w:color="D9D9D9" w:sz="4"/>
          <w:left w:val="single" w:color="D9D9D9" w:sz="4"/>
          <w:bottom w:val="single" w:color="D9D9D9" w:sz="4"/>
          <w:right w:val="single" w:color="D9D9D9" w:sz="4"/>
          <w:insideH w:val="single" w:color="D9D9D9" w:sz="4"/>
          <w:insideV w:val="single" w:color="D9D9D9" w:sz="4"/>
        </w:tblBorders>
      </w:tblPr>
      <w:tblGrid>
        <w:gridCol w:w="1040"/>
        <w:gridCol w:w="1040"/>
        <w:gridCol w:w="1040"/>
        <w:gridCol w:w="1040"/>
        <w:gridCol w:w="1040"/>
        <w:gridCol w:w="1040"/>
        <w:gridCol w:w="1040"/>
        <w:gridCol w:w="1040"/>
        <w:gridCol w:w="1040"/>
      </w:tblGrid>
      <w:tr>
        <w:trPr>
          <w:tblHeader w:val="true"/>
          <w:cantSplit/>
        </w:trPr>
        <w:tc>
          <w:tcPr>
            <w:tcW w:type="dxa" w:w="1040"/>
            <w:vAlign w:val="center"/>
            <w:tcMar>
              <w:top w:w="55" w:type="dxa"/>
              <w:start w:w="70" w:type="dxa"/>
              <w:bottom w:w="55" w:type="dxa"/>
              <w:end w:w="70" w:type="dxa"/>
            </w:tcMar>
            <w:shd w:fill="DCE6F1"/>
          </w:tcPr>
          <w:p>
            <w:pPr>
              <w:spacing w:after="0"/>
            </w:pPr>
            <w:r>
              <w:rPr>
                <w:rFonts w:ascii="Times New Roman" w:hAnsi="Times New Roman"/>
                <w:b/>
                <w:sz w:val="18"/>
              </w:rPr>
              <w:t>ID</w:t>
            </w:r>
          </w:p>
        </w:tc>
        <w:tc>
          <w:tcPr>
            <w:tcW w:type="dxa" w:w="1040"/>
            <w:vAlign w:val="center"/>
            <w:tcMar>
              <w:top w:w="55" w:type="dxa"/>
              <w:start w:w="70" w:type="dxa"/>
              <w:bottom w:w="55" w:type="dxa"/>
              <w:end w:w="70" w:type="dxa"/>
            </w:tcMar>
            <w:shd w:fill="DCE6F1"/>
          </w:tcPr>
          <w:p>
            <w:pPr>
              <w:spacing w:after="0"/>
            </w:pPr>
            <w:r>
              <w:rPr>
                <w:rFonts w:ascii="Times New Roman" w:hAnsi="Times New Roman"/>
                <w:b/>
                <w:sz w:val="18"/>
              </w:rPr>
              <w:t>Condition and source</w:t>
            </w:r>
          </w:p>
        </w:tc>
        <w:tc>
          <w:tcPr>
            <w:tcW w:type="dxa" w:w="1040"/>
            <w:vAlign w:val="center"/>
            <w:tcMar>
              <w:top w:w="55" w:type="dxa"/>
              <w:start w:w="70" w:type="dxa"/>
              <w:bottom w:w="55" w:type="dxa"/>
              <w:end w:w="70" w:type="dxa"/>
            </w:tcMar>
            <w:shd w:fill="DCE6F1"/>
          </w:tcPr>
          <w:p>
            <w:pPr>
              <w:spacing w:after="0"/>
            </w:pPr>
            <w:r>
              <w:rPr>
                <w:rFonts w:ascii="Times New Roman" w:hAnsi="Times New Roman"/>
                <w:b/>
                <w:sz w:val="18"/>
              </w:rPr>
              <w:t>Beneficiary</w:t>
            </w:r>
          </w:p>
        </w:tc>
        <w:tc>
          <w:tcPr>
            <w:tcW w:type="dxa" w:w="1040"/>
            <w:vAlign w:val="center"/>
            <w:tcMar>
              <w:top w:w="55" w:type="dxa"/>
              <w:start w:w="70" w:type="dxa"/>
              <w:bottom w:w="55" w:type="dxa"/>
              <w:end w:w="70" w:type="dxa"/>
            </w:tcMar>
            <w:shd w:fill="DCE6F1"/>
          </w:tcPr>
          <w:p>
            <w:pPr>
              <w:spacing w:after="0"/>
            </w:pPr>
            <w:r>
              <w:rPr>
                <w:rFonts w:ascii="Times New Roman" w:hAnsi="Times New Roman"/>
                <w:b/>
                <w:sz w:val="18"/>
              </w:rPr>
              <w:t>Owner</w:t>
            </w:r>
          </w:p>
        </w:tc>
        <w:tc>
          <w:tcPr>
            <w:tcW w:type="dxa" w:w="1040"/>
            <w:vAlign w:val="center"/>
            <w:tcMar>
              <w:top w:w="55" w:type="dxa"/>
              <w:start w:w="70" w:type="dxa"/>
              <w:bottom w:w="55" w:type="dxa"/>
              <w:end w:w="70" w:type="dxa"/>
            </w:tcMar>
            <w:shd w:fill="DCE6F1"/>
          </w:tcPr>
          <w:p>
            <w:pPr>
              <w:spacing w:after="0"/>
            </w:pPr>
            <w:r>
              <w:rPr>
                <w:rFonts w:ascii="Times New Roman" w:hAnsi="Times New Roman"/>
                <w:b/>
                <w:sz w:val="18"/>
              </w:rPr>
              <w:t>Dependency</w:t>
            </w:r>
          </w:p>
        </w:tc>
        <w:tc>
          <w:tcPr>
            <w:tcW w:type="dxa" w:w="1040"/>
            <w:vAlign w:val="center"/>
            <w:tcMar>
              <w:top w:w="55" w:type="dxa"/>
              <w:start w:w="70" w:type="dxa"/>
              <w:bottom w:w="55" w:type="dxa"/>
              <w:end w:w="70" w:type="dxa"/>
            </w:tcMar>
            <w:shd w:fill="DCE6F1"/>
          </w:tcPr>
          <w:p>
            <w:pPr>
              <w:spacing w:after="0"/>
            </w:pPr>
            <w:r>
              <w:rPr>
                <w:rFonts w:ascii="Times New Roman" w:hAnsi="Times New Roman"/>
                <w:b/>
                <w:sz w:val="18"/>
              </w:rPr>
              <w:t>Evidence</w:t>
            </w:r>
          </w:p>
        </w:tc>
        <w:tc>
          <w:tcPr>
            <w:tcW w:type="dxa" w:w="1040"/>
            <w:vAlign w:val="center"/>
            <w:tcMar>
              <w:top w:w="55" w:type="dxa"/>
              <w:start w:w="70" w:type="dxa"/>
              <w:bottom w:w="55" w:type="dxa"/>
              <w:end w:w="70" w:type="dxa"/>
            </w:tcMar>
            <w:shd w:fill="DCE6F1"/>
          </w:tcPr>
          <w:p>
            <w:pPr>
              <w:spacing w:after="0"/>
            </w:pPr>
            <w:r>
              <w:rPr>
                <w:rFonts w:ascii="Times New Roman" w:hAnsi="Times New Roman"/>
                <w:b/>
                <w:sz w:val="18"/>
              </w:rPr>
              <w:t>Waiver authority</w:t>
            </w:r>
          </w:p>
        </w:tc>
        <w:tc>
          <w:tcPr>
            <w:tcW w:type="dxa" w:w="1040"/>
            <w:vAlign w:val="center"/>
            <w:tcMar>
              <w:top w:w="55" w:type="dxa"/>
              <w:start w:w="70" w:type="dxa"/>
              <w:bottom w:w="55" w:type="dxa"/>
              <w:end w:w="70" w:type="dxa"/>
            </w:tcMar>
            <w:shd w:fill="DCE6F1"/>
          </w:tcPr>
          <w:p>
            <w:pPr>
              <w:spacing w:after="0"/>
            </w:pPr>
            <w:r>
              <w:rPr>
                <w:rFonts w:ascii="Times New Roman" w:hAnsi="Times New Roman"/>
                <w:b/>
                <w:sz w:val="18"/>
              </w:rPr>
              <w:t>Due</w:t>
            </w:r>
          </w:p>
        </w:tc>
        <w:tc>
          <w:tcPr>
            <w:tcW w:type="dxa" w:w="1040"/>
            <w:vAlign w:val="center"/>
            <w:tcMar>
              <w:top w:w="55" w:type="dxa"/>
              <w:start w:w="70" w:type="dxa"/>
              <w:bottom w:w="55" w:type="dxa"/>
              <w:end w:w="70" w:type="dxa"/>
            </w:tcMar>
            <w:shd w:fill="DCE6F1"/>
          </w:tcPr>
          <w:p>
            <w:pPr>
              <w:spacing w:after="0"/>
            </w:pPr>
            <w:r>
              <w:rPr>
                <w:rFonts w:ascii="Times New Roman" w:hAnsi="Times New Roman"/>
                <w:b/>
                <w:sz w:val="18"/>
              </w:rPr>
              <w:t>Status and reviewer</w:t>
            </w:r>
          </w:p>
        </w:tc>
      </w:tr>
      <w:tr>
        <w:trPr>
          <w:cantSplit/>
        </w:trPr>
        <w:tc>
          <w:tcPr>
            <w:tcW w:type="dxa" w:w="1040"/>
            <w:vAlign w:val="center"/>
            <w:tcMar>
              <w:top w:w="55" w:type="dxa"/>
              <w:start w:w="70" w:type="dxa"/>
              <w:bottom w:w="55" w:type="dxa"/>
              <w:end w:w="70" w:type="dxa"/>
            </w:tcMar>
          </w:tcPr>
          <w:p>
            <w:pPr>
              <w:spacing w:after="0"/>
            </w:pPr>
            <w:r>
              <w:rPr>
                <w:rFonts w:ascii="Times New Roman" w:hAnsi="Times New Roman"/>
                <w:sz w:val="18"/>
              </w:rPr>
              <w:t>CP-01</w:t>
            </w:r>
          </w:p>
        </w:tc>
        <w:tc>
          <w:tcPr>
            <w:tcW w:type="dxa" w:w="1040"/>
            <w:vAlign w:val="center"/>
            <w:tcMar>
              <w:top w:w="55" w:type="dxa"/>
              <w:start w:w="70" w:type="dxa"/>
              <w:bottom w:w="55" w:type="dxa"/>
              <w:end w:w="70" w:type="dxa"/>
            </w:tcMar>
          </w:tcPr>
          <w:p>
            <w:pPr>
              <w:spacing w:after="0"/>
            </w:pPr>
            <w:r>
              <w:rPr>
                <w:rFonts w:ascii="Times New Roman" w:hAnsi="Times New Roman"/>
                <w:sz w:val="18"/>
              </w:rPr>
              <w:t>Representations bring-down [§__]</w:t>
            </w:r>
          </w:p>
        </w:tc>
        <w:tc>
          <w:tcPr>
            <w:tcW w:type="dxa" w:w="1040"/>
            <w:vAlign w:val="center"/>
            <w:tcMar>
              <w:top w:w="55" w:type="dxa"/>
              <w:start w:w="70" w:type="dxa"/>
              <w:bottom w:w="55" w:type="dxa"/>
              <w:end w:w="70" w:type="dxa"/>
            </w:tcMar>
          </w:tcPr>
          <w:p>
            <w:pPr>
              <w:spacing w:after="0"/>
            </w:pPr>
            <w:r>
              <w:rPr>
                <w:rFonts w:ascii="Times New Roman" w:hAnsi="Times New Roman"/>
                <w:sz w:val="18"/>
              </w:rPr>
              <w:t>[BUYER / SELLER]</w:t>
            </w:r>
          </w:p>
        </w:tc>
        <w:tc>
          <w:tcPr>
            <w:tcW w:type="dxa" w:w="1040"/>
            <w:vAlign w:val="center"/>
            <w:tcMar>
              <w:top w:w="55" w:type="dxa"/>
              <w:start w:w="70" w:type="dxa"/>
              <w:bottom w:w="55" w:type="dxa"/>
              <w:end w:w="70" w:type="dxa"/>
            </w:tcMar>
          </w:tcPr>
          <w:p>
            <w:pPr>
              <w:spacing w:after="0"/>
            </w:pPr>
            <w:r>
              <w:rPr>
                <w:rFonts w:ascii="Times New Roman" w:hAnsi="Times New Roman"/>
                <w:sz w:val="18"/>
              </w:rPr>
              <w:t>[OWNER]</w:t>
            </w:r>
          </w:p>
        </w:tc>
        <w:tc>
          <w:tcPr>
            <w:tcW w:type="dxa" w:w="1040"/>
            <w:vAlign w:val="center"/>
            <w:tcMar>
              <w:top w:w="55" w:type="dxa"/>
              <w:start w:w="70" w:type="dxa"/>
              <w:bottom w:w="55" w:type="dxa"/>
              <w:end w:w="70" w:type="dxa"/>
            </w:tcMar>
          </w:tcPr>
          <w:p>
            <w:pPr>
              <w:spacing w:after="0"/>
            </w:pPr>
            <w:r>
              <w:rPr>
                <w:rFonts w:ascii="Times New Roman" w:hAnsi="Times New Roman"/>
                <w:sz w:val="18"/>
              </w:rPr>
              <w:t>Disclosure Schedule update</w:t>
            </w:r>
          </w:p>
        </w:tc>
        <w:tc>
          <w:tcPr>
            <w:tcW w:type="dxa" w:w="1040"/>
            <w:vAlign w:val="center"/>
            <w:tcMar>
              <w:top w:w="55" w:type="dxa"/>
              <w:start w:w="70" w:type="dxa"/>
              <w:bottom w:w="55" w:type="dxa"/>
              <w:end w:w="70" w:type="dxa"/>
            </w:tcMar>
          </w:tcPr>
          <w:p>
            <w:pPr>
              <w:spacing w:after="0"/>
            </w:pPr>
            <w:r>
              <w:rPr>
                <w:rFonts w:ascii="Times New Roman" w:hAnsi="Times New Roman"/>
                <w:sz w:val="18"/>
              </w:rPr>
              <w:t>Closing certificate</w:t>
            </w:r>
          </w:p>
        </w:tc>
        <w:tc>
          <w:tcPr>
            <w:tcW w:type="dxa" w:w="1040"/>
            <w:vAlign w:val="center"/>
            <w:tcMar>
              <w:top w:w="55" w:type="dxa"/>
              <w:start w:w="70" w:type="dxa"/>
              <w:bottom w:w="55" w:type="dxa"/>
              <w:end w:w="70" w:type="dxa"/>
            </w:tcMar>
          </w:tcPr>
          <w:p>
            <w:pPr>
              <w:spacing w:after="0"/>
            </w:pPr>
            <w:r>
              <w:rPr>
                <w:rFonts w:ascii="Times New Roman" w:hAnsi="Times New Roman"/>
                <w:sz w:val="18"/>
              </w:rPr>
              <w:t>[PERSON]</w:t>
            </w:r>
          </w:p>
        </w:tc>
        <w:tc>
          <w:tcPr>
            <w:tcW w:type="dxa" w:w="1040"/>
            <w:vAlign w:val="center"/>
            <w:tcMar>
              <w:top w:w="55" w:type="dxa"/>
              <w:start w:w="70" w:type="dxa"/>
              <w:bottom w:w="55" w:type="dxa"/>
              <w:end w:w="70" w:type="dxa"/>
            </w:tcMar>
          </w:tcPr>
          <w:p>
            <w:pPr>
              <w:spacing w:after="0"/>
            </w:pPr>
            <w:r>
              <w:rPr>
                <w:rFonts w:ascii="Times New Roman" w:hAnsi="Times New Roman"/>
                <w:sz w:val="18"/>
              </w:rPr>
              <w:t>[DATE / TZ]</w:t>
            </w:r>
          </w:p>
        </w:tc>
        <w:tc>
          <w:tcPr>
            <w:tcW w:type="dxa" w:w="1040"/>
            <w:vAlign w:val="center"/>
            <w:tcMar>
              <w:top w:w="55" w:type="dxa"/>
              <w:start w:w="70" w:type="dxa"/>
              <w:bottom w:w="55" w:type="dxa"/>
              <w:end w:w="70" w:type="dxa"/>
            </w:tcMar>
          </w:tcPr>
          <w:p>
            <w:pPr>
              <w:spacing w:after="0"/>
            </w:pPr>
            <w:r>
              <w:rPr>
                <w:rFonts w:ascii="Times New Roman" w:hAnsi="Times New Roman"/>
                <w:sz w:val="18"/>
              </w:rPr>
              <w:t>[STATUS / REVIEWER]</w:t>
            </w:r>
          </w:p>
        </w:tc>
      </w:tr>
      <w:tr>
        <w:trPr>
          <w:cantSplit/>
        </w:trPr>
        <w:tc>
          <w:tcPr>
            <w:tcW w:type="dxa" w:w="1040"/>
            <w:vAlign w:val="center"/>
            <w:tcMar>
              <w:top w:w="55" w:type="dxa"/>
              <w:start w:w="70" w:type="dxa"/>
              <w:bottom w:w="55" w:type="dxa"/>
              <w:end w:w="70" w:type="dxa"/>
            </w:tcMar>
          </w:tcPr>
          <w:p>
            <w:pPr>
              <w:spacing w:after="0"/>
            </w:pPr>
            <w:r>
              <w:rPr>
                <w:rFonts w:ascii="Times New Roman" w:hAnsi="Times New Roman"/>
                <w:sz w:val="18"/>
              </w:rPr>
              <w:t>CP-02</w:t>
            </w:r>
          </w:p>
        </w:tc>
        <w:tc>
          <w:tcPr>
            <w:tcW w:type="dxa" w:w="1040"/>
            <w:vAlign w:val="center"/>
            <w:tcMar>
              <w:top w:w="55" w:type="dxa"/>
              <w:start w:w="70" w:type="dxa"/>
              <w:bottom w:w="55" w:type="dxa"/>
              <w:end w:w="70" w:type="dxa"/>
            </w:tcMar>
          </w:tcPr>
          <w:p>
            <w:pPr>
              <w:spacing w:after="0"/>
            </w:pPr>
            <w:r>
              <w:rPr>
                <w:rFonts w:ascii="Times New Roman" w:hAnsi="Times New Roman"/>
                <w:sz w:val="18"/>
              </w:rPr>
              <w:t>Covenant performance [§__]</w:t>
            </w:r>
          </w:p>
        </w:tc>
        <w:tc>
          <w:tcPr>
            <w:tcW w:type="dxa" w:w="1040"/>
            <w:vAlign w:val="center"/>
            <w:tcMar>
              <w:top w:w="55" w:type="dxa"/>
              <w:start w:w="70" w:type="dxa"/>
              <w:bottom w:w="55" w:type="dxa"/>
              <w:end w:w="70" w:type="dxa"/>
            </w:tcMar>
          </w:tcPr>
          <w:p>
            <w:pPr>
              <w:spacing w:after="0"/>
            </w:pPr>
            <w:r>
              <w:rPr>
                <w:rFonts w:ascii="Times New Roman" w:hAnsi="Times New Roman"/>
                <w:sz w:val="18"/>
              </w:rPr>
              <w:t>[BUYER / SELLER]</w:t>
            </w:r>
          </w:p>
        </w:tc>
        <w:tc>
          <w:tcPr>
            <w:tcW w:type="dxa" w:w="1040"/>
            <w:vAlign w:val="center"/>
            <w:tcMar>
              <w:top w:w="55" w:type="dxa"/>
              <w:start w:w="70" w:type="dxa"/>
              <w:bottom w:w="55" w:type="dxa"/>
              <w:end w:w="70" w:type="dxa"/>
            </w:tcMar>
          </w:tcPr>
          <w:p>
            <w:pPr>
              <w:spacing w:after="0"/>
            </w:pPr>
            <w:r>
              <w:rPr>
                <w:rFonts w:ascii="Times New Roman" w:hAnsi="Times New Roman"/>
                <w:sz w:val="18"/>
              </w:rPr>
              <w:t>[OWNER]</w:t>
            </w:r>
          </w:p>
        </w:tc>
        <w:tc>
          <w:tcPr>
            <w:tcW w:type="dxa" w:w="1040"/>
            <w:vAlign w:val="center"/>
            <w:tcMar>
              <w:top w:w="55" w:type="dxa"/>
              <w:start w:w="70" w:type="dxa"/>
              <w:bottom w:w="55" w:type="dxa"/>
              <w:end w:w="70" w:type="dxa"/>
            </w:tcMar>
          </w:tcPr>
          <w:p>
            <w:pPr>
              <w:spacing w:after="0"/>
            </w:pPr>
            <w:r>
              <w:rPr>
                <w:rFonts w:ascii="Times New Roman" w:hAnsi="Times New Roman"/>
                <w:sz w:val="18"/>
              </w:rPr>
              <w:t>Open covenant items</w:t>
            </w:r>
          </w:p>
        </w:tc>
        <w:tc>
          <w:tcPr>
            <w:tcW w:type="dxa" w:w="1040"/>
            <w:vAlign w:val="center"/>
            <w:tcMar>
              <w:top w:w="55" w:type="dxa"/>
              <w:start w:w="70" w:type="dxa"/>
              <w:bottom w:w="55" w:type="dxa"/>
              <w:end w:w="70" w:type="dxa"/>
            </w:tcMar>
          </w:tcPr>
          <w:p>
            <w:pPr>
              <w:spacing w:after="0"/>
            </w:pPr>
            <w:r>
              <w:rPr>
                <w:rFonts w:ascii="Times New Roman" w:hAnsi="Times New Roman"/>
                <w:sz w:val="18"/>
              </w:rPr>
              <w:t>Closing certificate and evidence</w:t>
            </w:r>
          </w:p>
        </w:tc>
        <w:tc>
          <w:tcPr>
            <w:tcW w:type="dxa" w:w="1040"/>
            <w:vAlign w:val="center"/>
            <w:tcMar>
              <w:top w:w="55" w:type="dxa"/>
              <w:start w:w="70" w:type="dxa"/>
              <w:bottom w:w="55" w:type="dxa"/>
              <w:end w:w="70" w:type="dxa"/>
            </w:tcMar>
          </w:tcPr>
          <w:p>
            <w:pPr>
              <w:spacing w:after="0"/>
            </w:pPr>
            <w:r>
              <w:rPr>
                <w:rFonts w:ascii="Times New Roman" w:hAnsi="Times New Roman"/>
                <w:sz w:val="18"/>
              </w:rPr>
              <w:t>[PERSON]</w:t>
            </w:r>
          </w:p>
        </w:tc>
        <w:tc>
          <w:tcPr>
            <w:tcW w:type="dxa" w:w="1040"/>
            <w:vAlign w:val="center"/>
            <w:tcMar>
              <w:top w:w="55" w:type="dxa"/>
              <w:start w:w="70" w:type="dxa"/>
              <w:bottom w:w="55" w:type="dxa"/>
              <w:end w:w="70" w:type="dxa"/>
            </w:tcMar>
          </w:tcPr>
          <w:p>
            <w:pPr>
              <w:spacing w:after="0"/>
            </w:pPr>
            <w:r>
              <w:rPr>
                <w:rFonts w:ascii="Times New Roman" w:hAnsi="Times New Roman"/>
                <w:sz w:val="18"/>
              </w:rPr>
              <w:t>[DATE / TZ]</w:t>
            </w:r>
          </w:p>
        </w:tc>
        <w:tc>
          <w:tcPr>
            <w:tcW w:type="dxa" w:w="1040"/>
            <w:vAlign w:val="center"/>
            <w:tcMar>
              <w:top w:w="55" w:type="dxa"/>
              <w:start w:w="70" w:type="dxa"/>
              <w:bottom w:w="55" w:type="dxa"/>
              <w:end w:w="70" w:type="dxa"/>
            </w:tcMar>
          </w:tcPr>
          <w:p>
            <w:pPr>
              <w:spacing w:after="0"/>
            </w:pPr>
            <w:r>
              <w:rPr>
                <w:rFonts w:ascii="Times New Roman" w:hAnsi="Times New Roman"/>
                <w:sz w:val="18"/>
              </w:rPr>
              <w:t>[STATUS / REVIEWER]</w:t>
            </w:r>
          </w:p>
        </w:tc>
      </w:tr>
      <w:tr>
        <w:trPr>
          <w:cantSplit/>
        </w:trPr>
        <w:tc>
          <w:tcPr>
            <w:tcW w:type="dxa" w:w="1040"/>
            <w:vAlign w:val="center"/>
            <w:tcMar>
              <w:top w:w="55" w:type="dxa"/>
              <w:start w:w="70" w:type="dxa"/>
              <w:bottom w:w="55" w:type="dxa"/>
              <w:end w:w="70" w:type="dxa"/>
            </w:tcMar>
          </w:tcPr>
          <w:p>
            <w:pPr>
              <w:spacing w:after="0"/>
            </w:pPr>
            <w:r>
              <w:rPr>
                <w:rFonts w:ascii="Times New Roman" w:hAnsi="Times New Roman"/>
                <w:sz w:val="18"/>
              </w:rPr>
              <w:t>CP-03</w:t>
            </w:r>
          </w:p>
        </w:tc>
        <w:tc>
          <w:tcPr>
            <w:tcW w:type="dxa" w:w="1040"/>
            <w:vAlign w:val="center"/>
            <w:tcMar>
              <w:top w:w="55" w:type="dxa"/>
              <w:start w:w="70" w:type="dxa"/>
              <w:bottom w:w="55" w:type="dxa"/>
              <w:end w:w="70" w:type="dxa"/>
            </w:tcMar>
          </w:tcPr>
          <w:p>
            <w:pPr>
              <w:spacing w:after="0"/>
            </w:pPr>
            <w:r>
              <w:rPr>
                <w:rFonts w:ascii="Times New Roman" w:hAnsi="Times New Roman"/>
                <w:sz w:val="18"/>
              </w:rPr>
              <w:t>Required approvals [§__]</w:t>
            </w:r>
          </w:p>
        </w:tc>
        <w:tc>
          <w:tcPr>
            <w:tcW w:type="dxa" w:w="1040"/>
            <w:vAlign w:val="center"/>
            <w:tcMar>
              <w:top w:w="55" w:type="dxa"/>
              <w:start w:w="70" w:type="dxa"/>
              <w:bottom w:w="55" w:type="dxa"/>
              <w:end w:w="70" w:type="dxa"/>
            </w:tcMar>
          </w:tcPr>
          <w:p>
            <w:pPr>
              <w:spacing w:after="0"/>
            </w:pPr>
            <w:r>
              <w:rPr>
                <w:rFonts w:ascii="Times New Roman" w:hAnsi="Times New Roman"/>
                <w:sz w:val="18"/>
              </w:rPr>
              <w:t>[PARTY]</w:t>
            </w:r>
          </w:p>
        </w:tc>
        <w:tc>
          <w:tcPr>
            <w:tcW w:type="dxa" w:w="1040"/>
            <w:vAlign w:val="center"/>
            <w:tcMar>
              <w:top w:w="55" w:type="dxa"/>
              <w:start w:w="70" w:type="dxa"/>
              <w:bottom w:w="55" w:type="dxa"/>
              <w:end w:w="70" w:type="dxa"/>
            </w:tcMar>
          </w:tcPr>
          <w:p>
            <w:pPr>
              <w:spacing w:after="0"/>
            </w:pPr>
            <w:r>
              <w:rPr>
                <w:rFonts w:ascii="Times New Roman" w:hAnsi="Times New Roman"/>
                <w:sz w:val="18"/>
              </w:rPr>
              <w:t>[OWNER]</w:t>
            </w:r>
          </w:p>
        </w:tc>
        <w:tc>
          <w:tcPr>
            <w:tcW w:type="dxa" w:w="1040"/>
            <w:vAlign w:val="center"/>
            <w:tcMar>
              <w:top w:w="55" w:type="dxa"/>
              <w:start w:w="70" w:type="dxa"/>
              <w:bottom w:w="55" w:type="dxa"/>
              <w:end w:w="70" w:type="dxa"/>
            </w:tcMar>
          </w:tcPr>
          <w:p>
            <w:pPr>
              <w:spacing w:after="0"/>
            </w:pPr>
            <w:r>
              <w:rPr>
                <w:rFonts w:ascii="Times New Roman" w:hAnsi="Times New Roman"/>
                <w:sz w:val="18"/>
              </w:rPr>
              <w:t>Board and holder action</w:t>
            </w:r>
          </w:p>
        </w:tc>
        <w:tc>
          <w:tcPr>
            <w:tcW w:type="dxa" w:w="1040"/>
            <w:vAlign w:val="center"/>
            <w:tcMar>
              <w:top w:w="55" w:type="dxa"/>
              <w:start w:w="70" w:type="dxa"/>
              <w:bottom w:w="55" w:type="dxa"/>
              <w:end w:w="70" w:type="dxa"/>
            </w:tcMar>
          </w:tcPr>
          <w:p>
            <w:pPr>
              <w:spacing w:after="0"/>
            </w:pPr>
            <w:r>
              <w:rPr>
                <w:rFonts w:ascii="Times New Roman" w:hAnsi="Times New Roman"/>
                <w:sz w:val="18"/>
              </w:rPr>
              <w:t>Certified resolutions and consent record</w:t>
            </w:r>
          </w:p>
        </w:tc>
        <w:tc>
          <w:tcPr>
            <w:tcW w:type="dxa" w:w="1040"/>
            <w:vAlign w:val="center"/>
            <w:tcMar>
              <w:top w:w="55" w:type="dxa"/>
              <w:start w:w="70" w:type="dxa"/>
              <w:bottom w:w="55" w:type="dxa"/>
              <w:end w:w="70" w:type="dxa"/>
            </w:tcMar>
          </w:tcPr>
          <w:p>
            <w:pPr>
              <w:spacing w:after="0"/>
            </w:pPr>
            <w:r>
              <w:rPr>
                <w:rFonts w:ascii="Times New Roman" w:hAnsi="Times New Roman"/>
                <w:sz w:val="18"/>
              </w:rPr>
              <w:t>[PERSON]</w:t>
            </w:r>
          </w:p>
        </w:tc>
        <w:tc>
          <w:tcPr>
            <w:tcW w:type="dxa" w:w="1040"/>
            <w:vAlign w:val="center"/>
            <w:tcMar>
              <w:top w:w="55" w:type="dxa"/>
              <w:start w:w="70" w:type="dxa"/>
              <w:bottom w:w="55" w:type="dxa"/>
              <w:end w:w="70" w:type="dxa"/>
            </w:tcMar>
          </w:tcPr>
          <w:p>
            <w:pPr>
              <w:spacing w:after="0"/>
            </w:pPr>
            <w:r>
              <w:rPr>
                <w:rFonts w:ascii="Times New Roman" w:hAnsi="Times New Roman"/>
                <w:sz w:val="18"/>
              </w:rPr>
              <w:t>[DATE / TZ]</w:t>
            </w:r>
          </w:p>
        </w:tc>
        <w:tc>
          <w:tcPr>
            <w:tcW w:type="dxa" w:w="1040"/>
            <w:vAlign w:val="center"/>
            <w:tcMar>
              <w:top w:w="55" w:type="dxa"/>
              <w:start w:w="70" w:type="dxa"/>
              <w:bottom w:w="55" w:type="dxa"/>
              <w:end w:w="70" w:type="dxa"/>
            </w:tcMar>
          </w:tcPr>
          <w:p>
            <w:pPr>
              <w:spacing w:after="0"/>
            </w:pPr>
            <w:r>
              <w:rPr>
                <w:rFonts w:ascii="Times New Roman" w:hAnsi="Times New Roman"/>
                <w:sz w:val="18"/>
              </w:rPr>
              <w:t>[STATUS / REVIEWER]</w:t>
            </w:r>
          </w:p>
        </w:tc>
      </w:tr>
      <w:tr>
        <w:trPr>
          <w:cantSplit/>
        </w:trPr>
        <w:tc>
          <w:tcPr>
            <w:tcW w:type="dxa" w:w="1040"/>
            <w:vAlign w:val="center"/>
            <w:tcMar>
              <w:top w:w="55" w:type="dxa"/>
              <w:start w:w="70" w:type="dxa"/>
              <w:bottom w:w="55" w:type="dxa"/>
              <w:end w:w="70" w:type="dxa"/>
            </w:tcMar>
          </w:tcPr>
          <w:p>
            <w:pPr>
              <w:spacing w:after="0"/>
            </w:pPr>
            <w:r>
              <w:rPr>
                <w:rFonts w:ascii="Times New Roman" w:hAnsi="Times New Roman"/>
                <w:sz w:val="18"/>
              </w:rPr>
              <w:t>CP-04</w:t>
            </w:r>
          </w:p>
        </w:tc>
        <w:tc>
          <w:tcPr>
            <w:tcW w:type="dxa" w:w="1040"/>
            <w:vAlign w:val="center"/>
            <w:tcMar>
              <w:top w:w="55" w:type="dxa"/>
              <w:start w:w="70" w:type="dxa"/>
              <w:bottom w:w="55" w:type="dxa"/>
              <w:end w:w="70" w:type="dxa"/>
            </w:tcMar>
          </w:tcPr>
          <w:p>
            <w:pPr>
              <w:spacing w:after="0"/>
            </w:pPr>
            <w:r>
              <w:rPr>
                <w:rFonts w:ascii="Times New Roman" w:hAnsi="Times New Roman"/>
                <w:sz w:val="18"/>
              </w:rPr>
              <w:t>Regulatory clearances [§__]</w:t>
            </w:r>
          </w:p>
        </w:tc>
        <w:tc>
          <w:tcPr>
            <w:tcW w:type="dxa" w:w="1040"/>
            <w:vAlign w:val="center"/>
            <w:tcMar>
              <w:top w:w="55" w:type="dxa"/>
              <w:start w:w="70" w:type="dxa"/>
              <w:bottom w:w="55" w:type="dxa"/>
              <w:end w:w="70" w:type="dxa"/>
            </w:tcMar>
          </w:tcPr>
          <w:p>
            <w:pPr>
              <w:spacing w:after="0"/>
            </w:pPr>
            <w:r>
              <w:rPr>
                <w:rFonts w:ascii="Times New Roman" w:hAnsi="Times New Roman"/>
                <w:sz w:val="18"/>
              </w:rPr>
              <w:t>[MUTUAL]</w:t>
            </w:r>
          </w:p>
        </w:tc>
        <w:tc>
          <w:tcPr>
            <w:tcW w:type="dxa" w:w="1040"/>
            <w:vAlign w:val="center"/>
            <w:tcMar>
              <w:top w:w="55" w:type="dxa"/>
              <w:start w:w="70" w:type="dxa"/>
              <w:bottom w:w="55" w:type="dxa"/>
              <w:end w:w="70" w:type="dxa"/>
            </w:tcMar>
          </w:tcPr>
          <w:p>
            <w:pPr>
              <w:spacing w:after="0"/>
            </w:pPr>
            <w:r>
              <w:rPr>
                <w:rFonts w:ascii="Times New Roman" w:hAnsi="Times New Roman"/>
                <w:sz w:val="18"/>
              </w:rPr>
              <w:t>[SPECIALIST]</w:t>
            </w:r>
          </w:p>
        </w:tc>
        <w:tc>
          <w:tcPr>
            <w:tcW w:type="dxa" w:w="1040"/>
            <w:vAlign w:val="center"/>
            <w:tcMar>
              <w:top w:w="55" w:type="dxa"/>
              <w:start w:w="70" w:type="dxa"/>
              <w:bottom w:w="55" w:type="dxa"/>
              <w:end w:w="70" w:type="dxa"/>
            </w:tcMar>
          </w:tcPr>
          <w:p>
            <w:pPr>
              <w:spacing w:after="0"/>
            </w:pPr>
            <w:r>
              <w:rPr>
                <w:rFonts w:ascii="Times New Roman" w:hAnsi="Times New Roman"/>
                <w:sz w:val="18"/>
              </w:rPr>
              <w:t>Filing and waiting period</w:t>
            </w:r>
          </w:p>
        </w:tc>
        <w:tc>
          <w:tcPr>
            <w:tcW w:type="dxa" w:w="1040"/>
            <w:vAlign w:val="center"/>
            <w:tcMar>
              <w:top w:w="55" w:type="dxa"/>
              <w:start w:w="70" w:type="dxa"/>
              <w:bottom w:w="55" w:type="dxa"/>
              <w:end w:w="70" w:type="dxa"/>
            </w:tcMar>
          </w:tcPr>
          <w:p>
            <w:pPr>
              <w:spacing w:after="0"/>
            </w:pPr>
            <w:r>
              <w:rPr>
                <w:rFonts w:ascii="Times New Roman" w:hAnsi="Times New Roman"/>
                <w:sz w:val="18"/>
              </w:rPr>
              <w:t>Filing receipt and clearance record</w:t>
            </w:r>
          </w:p>
        </w:tc>
        <w:tc>
          <w:tcPr>
            <w:tcW w:type="dxa" w:w="1040"/>
            <w:vAlign w:val="center"/>
            <w:tcMar>
              <w:top w:w="55" w:type="dxa"/>
              <w:start w:w="70" w:type="dxa"/>
              <w:bottom w:w="55" w:type="dxa"/>
              <w:end w:w="70" w:type="dxa"/>
            </w:tcMar>
          </w:tcPr>
          <w:p>
            <w:pPr>
              <w:spacing w:after="0"/>
            </w:pPr>
            <w:r>
              <w:rPr>
                <w:rFonts w:ascii="Times New Roman" w:hAnsi="Times New Roman"/>
                <w:sz w:val="18"/>
              </w:rPr>
              <w:t>[PERSON]</w:t>
            </w:r>
          </w:p>
        </w:tc>
        <w:tc>
          <w:tcPr>
            <w:tcW w:type="dxa" w:w="1040"/>
            <w:vAlign w:val="center"/>
            <w:tcMar>
              <w:top w:w="55" w:type="dxa"/>
              <w:start w:w="70" w:type="dxa"/>
              <w:bottom w:w="55" w:type="dxa"/>
              <w:end w:w="70" w:type="dxa"/>
            </w:tcMar>
          </w:tcPr>
          <w:p>
            <w:pPr>
              <w:spacing w:after="0"/>
            </w:pPr>
            <w:r>
              <w:rPr>
                <w:rFonts w:ascii="Times New Roman" w:hAnsi="Times New Roman"/>
                <w:sz w:val="18"/>
              </w:rPr>
              <w:t>[DATE / TZ]</w:t>
            </w:r>
          </w:p>
        </w:tc>
        <w:tc>
          <w:tcPr>
            <w:tcW w:type="dxa" w:w="1040"/>
            <w:vAlign w:val="center"/>
            <w:tcMar>
              <w:top w:w="55" w:type="dxa"/>
              <w:start w:w="70" w:type="dxa"/>
              <w:bottom w:w="55" w:type="dxa"/>
              <w:end w:w="70" w:type="dxa"/>
            </w:tcMar>
          </w:tcPr>
          <w:p>
            <w:pPr>
              <w:spacing w:after="0"/>
            </w:pPr>
            <w:r>
              <w:rPr>
                <w:rFonts w:ascii="Times New Roman" w:hAnsi="Times New Roman"/>
                <w:sz w:val="18"/>
              </w:rPr>
              <w:t>[STATUS / REVIEWER]</w:t>
            </w:r>
          </w:p>
        </w:tc>
      </w:tr>
      <w:tr>
        <w:trPr>
          <w:cantSplit/>
        </w:trPr>
        <w:tc>
          <w:tcPr>
            <w:tcW w:type="dxa" w:w="1040"/>
            <w:vAlign w:val="center"/>
            <w:tcMar>
              <w:top w:w="55" w:type="dxa"/>
              <w:start w:w="70" w:type="dxa"/>
              <w:bottom w:w="55" w:type="dxa"/>
              <w:end w:w="70" w:type="dxa"/>
            </w:tcMar>
          </w:tcPr>
          <w:p>
            <w:pPr>
              <w:spacing w:after="0"/>
            </w:pPr>
            <w:r>
              <w:rPr>
                <w:rFonts w:ascii="Times New Roman" w:hAnsi="Times New Roman"/>
                <w:sz w:val="18"/>
              </w:rPr>
              <w:t>CP-05</w:t>
            </w:r>
          </w:p>
        </w:tc>
        <w:tc>
          <w:tcPr>
            <w:tcW w:type="dxa" w:w="1040"/>
            <w:vAlign w:val="center"/>
            <w:tcMar>
              <w:top w:w="55" w:type="dxa"/>
              <w:start w:w="70" w:type="dxa"/>
              <w:bottom w:w="55" w:type="dxa"/>
              <w:end w:w="70" w:type="dxa"/>
            </w:tcMar>
          </w:tcPr>
          <w:p>
            <w:pPr>
              <w:spacing w:after="0"/>
            </w:pPr>
            <w:r>
              <w:rPr>
                <w:rFonts w:ascii="Times New Roman" w:hAnsi="Times New Roman"/>
                <w:sz w:val="18"/>
              </w:rPr>
              <w:t>No prohibitory order [§__]</w:t>
            </w:r>
          </w:p>
        </w:tc>
        <w:tc>
          <w:tcPr>
            <w:tcW w:type="dxa" w:w="1040"/>
            <w:vAlign w:val="center"/>
            <w:tcMar>
              <w:top w:w="55" w:type="dxa"/>
              <w:start w:w="70" w:type="dxa"/>
              <w:bottom w:w="55" w:type="dxa"/>
              <w:end w:w="70" w:type="dxa"/>
            </w:tcMar>
          </w:tcPr>
          <w:p>
            <w:pPr>
              <w:spacing w:after="0"/>
            </w:pPr>
            <w:r>
              <w:rPr>
                <w:rFonts w:ascii="Times New Roman" w:hAnsi="Times New Roman"/>
                <w:sz w:val="18"/>
              </w:rPr>
              <w:t>[MUTUAL]</w:t>
            </w:r>
          </w:p>
        </w:tc>
        <w:tc>
          <w:tcPr>
            <w:tcW w:type="dxa" w:w="1040"/>
            <w:vAlign w:val="center"/>
            <w:tcMar>
              <w:top w:w="55" w:type="dxa"/>
              <w:start w:w="70" w:type="dxa"/>
              <w:bottom w:w="55" w:type="dxa"/>
              <w:end w:w="70" w:type="dxa"/>
            </w:tcMar>
          </w:tcPr>
          <w:p>
            <w:pPr>
              <w:spacing w:after="0"/>
            </w:pPr>
            <w:r>
              <w:rPr>
                <w:rFonts w:ascii="Times New Roman" w:hAnsi="Times New Roman"/>
                <w:sz w:val="18"/>
              </w:rPr>
              <w:t>[COUNSEL]</w:t>
            </w:r>
          </w:p>
        </w:tc>
        <w:tc>
          <w:tcPr>
            <w:tcW w:type="dxa" w:w="1040"/>
            <w:vAlign w:val="center"/>
            <w:tcMar>
              <w:top w:w="55" w:type="dxa"/>
              <w:start w:w="70" w:type="dxa"/>
              <w:bottom w:w="55" w:type="dxa"/>
              <w:end w:w="70" w:type="dxa"/>
            </w:tcMar>
          </w:tcPr>
          <w:p>
            <w:pPr>
              <w:spacing w:after="0"/>
            </w:pPr>
            <w:r>
              <w:rPr>
                <w:rFonts w:ascii="Times New Roman" w:hAnsi="Times New Roman"/>
                <w:sz w:val="18"/>
              </w:rPr>
              <w:t>Litigation and regulator check</w:t>
            </w:r>
          </w:p>
        </w:tc>
        <w:tc>
          <w:tcPr>
            <w:tcW w:type="dxa" w:w="1040"/>
            <w:vAlign w:val="center"/>
            <w:tcMar>
              <w:top w:w="55" w:type="dxa"/>
              <w:start w:w="70" w:type="dxa"/>
              <w:bottom w:w="55" w:type="dxa"/>
              <w:end w:w="70" w:type="dxa"/>
            </w:tcMar>
          </w:tcPr>
          <w:p>
            <w:pPr>
              <w:spacing w:after="0"/>
            </w:pPr>
            <w:r>
              <w:rPr>
                <w:rFonts w:ascii="Times New Roman" w:hAnsi="Times New Roman"/>
                <w:sz w:val="18"/>
              </w:rPr>
              <w:t>Bring-down confirmation</w:t>
            </w:r>
          </w:p>
        </w:tc>
        <w:tc>
          <w:tcPr>
            <w:tcW w:type="dxa" w:w="1040"/>
            <w:vAlign w:val="center"/>
            <w:tcMar>
              <w:top w:w="55" w:type="dxa"/>
              <w:start w:w="70" w:type="dxa"/>
              <w:bottom w:w="55" w:type="dxa"/>
              <w:end w:w="70" w:type="dxa"/>
            </w:tcMar>
          </w:tcPr>
          <w:p>
            <w:pPr>
              <w:spacing w:after="0"/>
            </w:pPr>
            <w:r>
              <w:rPr>
                <w:rFonts w:ascii="Times New Roman" w:hAnsi="Times New Roman"/>
                <w:sz w:val="18"/>
              </w:rPr>
              <w:t>[PERSON]</w:t>
            </w:r>
          </w:p>
        </w:tc>
        <w:tc>
          <w:tcPr>
            <w:tcW w:type="dxa" w:w="1040"/>
            <w:vAlign w:val="center"/>
            <w:tcMar>
              <w:top w:w="55" w:type="dxa"/>
              <w:start w:w="70" w:type="dxa"/>
              <w:bottom w:w="55" w:type="dxa"/>
              <w:end w:w="70" w:type="dxa"/>
            </w:tcMar>
          </w:tcPr>
          <w:p>
            <w:pPr>
              <w:spacing w:after="0"/>
            </w:pPr>
            <w:r>
              <w:rPr>
                <w:rFonts w:ascii="Times New Roman" w:hAnsi="Times New Roman"/>
                <w:sz w:val="18"/>
              </w:rPr>
              <w:t>[DATE / TZ]</w:t>
            </w:r>
          </w:p>
        </w:tc>
        <w:tc>
          <w:tcPr>
            <w:tcW w:type="dxa" w:w="1040"/>
            <w:vAlign w:val="center"/>
            <w:tcMar>
              <w:top w:w="55" w:type="dxa"/>
              <w:start w:w="70" w:type="dxa"/>
              <w:bottom w:w="55" w:type="dxa"/>
              <w:end w:w="70" w:type="dxa"/>
            </w:tcMar>
          </w:tcPr>
          <w:p>
            <w:pPr>
              <w:spacing w:after="0"/>
            </w:pPr>
            <w:r>
              <w:rPr>
                <w:rFonts w:ascii="Times New Roman" w:hAnsi="Times New Roman"/>
                <w:sz w:val="18"/>
              </w:rPr>
              <w:t>[STATUS / REVIEWER]</w:t>
            </w:r>
          </w:p>
        </w:tc>
      </w:tr>
      <w:tr>
        <w:trPr>
          <w:cantSplit/>
        </w:trPr>
        <w:tc>
          <w:tcPr>
            <w:tcW w:type="dxa" w:w="1040"/>
            <w:vAlign w:val="center"/>
            <w:tcMar>
              <w:top w:w="55" w:type="dxa"/>
              <w:start w:w="70" w:type="dxa"/>
              <w:bottom w:w="55" w:type="dxa"/>
              <w:end w:w="70" w:type="dxa"/>
            </w:tcMar>
          </w:tcPr>
          <w:p>
            <w:pPr>
              <w:spacing w:after="0"/>
            </w:pPr>
            <w:r>
              <w:rPr>
                <w:rFonts w:ascii="Times New Roman" w:hAnsi="Times New Roman"/>
                <w:sz w:val="18"/>
              </w:rPr>
              <w:t>CP-06</w:t>
            </w:r>
          </w:p>
        </w:tc>
        <w:tc>
          <w:tcPr>
            <w:tcW w:type="dxa" w:w="1040"/>
            <w:vAlign w:val="center"/>
            <w:tcMar>
              <w:top w:w="55" w:type="dxa"/>
              <w:start w:w="70" w:type="dxa"/>
              <w:bottom w:w="55" w:type="dxa"/>
              <w:end w:w="70" w:type="dxa"/>
            </w:tcMar>
          </w:tcPr>
          <w:p>
            <w:pPr>
              <w:spacing w:after="0"/>
            </w:pPr>
            <w:r>
              <w:rPr>
                <w:rFonts w:ascii="Times New Roman" w:hAnsi="Times New Roman"/>
                <w:sz w:val="18"/>
              </w:rPr>
              <w:t>Material Adverse Effect [§__]</w:t>
            </w:r>
          </w:p>
        </w:tc>
        <w:tc>
          <w:tcPr>
            <w:tcW w:type="dxa" w:w="1040"/>
            <w:vAlign w:val="center"/>
            <w:tcMar>
              <w:top w:w="55" w:type="dxa"/>
              <w:start w:w="70" w:type="dxa"/>
              <w:bottom w:w="55" w:type="dxa"/>
              <w:end w:w="70" w:type="dxa"/>
            </w:tcMar>
          </w:tcPr>
          <w:p>
            <w:pPr>
              <w:spacing w:after="0"/>
            </w:pPr>
            <w:r>
              <w:rPr>
                <w:rFonts w:ascii="Times New Roman" w:hAnsi="Times New Roman"/>
                <w:sz w:val="18"/>
              </w:rPr>
              <w:t>[BUYER]</w:t>
            </w:r>
          </w:p>
        </w:tc>
        <w:tc>
          <w:tcPr>
            <w:tcW w:type="dxa" w:w="1040"/>
            <w:vAlign w:val="center"/>
            <w:tcMar>
              <w:top w:w="55" w:type="dxa"/>
              <w:start w:w="70" w:type="dxa"/>
              <w:bottom w:w="55" w:type="dxa"/>
              <w:end w:w="70" w:type="dxa"/>
            </w:tcMar>
          </w:tcPr>
          <w:p>
            <w:pPr>
              <w:spacing w:after="0"/>
            </w:pPr>
            <w:r>
              <w:rPr>
                <w:rFonts w:ascii="Times New Roman" w:hAnsi="Times New Roman"/>
                <w:sz w:val="18"/>
              </w:rPr>
              <w:t>[COUNSEL / COMPANY]</w:t>
            </w:r>
          </w:p>
        </w:tc>
        <w:tc>
          <w:tcPr>
            <w:tcW w:type="dxa" w:w="1040"/>
            <w:vAlign w:val="center"/>
            <w:tcMar>
              <w:top w:w="55" w:type="dxa"/>
              <w:start w:w="70" w:type="dxa"/>
              <w:bottom w:w="55" w:type="dxa"/>
              <w:end w:w="70" w:type="dxa"/>
            </w:tcMar>
          </w:tcPr>
          <w:p>
            <w:pPr>
              <w:spacing w:after="0"/>
            </w:pPr>
            <w:r>
              <w:rPr>
                <w:rFonts w:ascii="Times New Roman" w:hAnsi="Times New Roman"/>
                <w:sz w:val="18"/>
              </w:rPr>
              <w:t>Officer diligence</w:t>
            </w:r>
          </w:p>
        </w:tc>
        <w:tc>
          <w:tcPr>
            <w:tcW w:type="dxa" w:w="1040"/>
            <w:vAlign w:val="center"/>
            <w:tcMar>
              <w:top w:w="55" w:type="dxa"/>
              <w:start w:w="70" w:type="dxa"/>
              <w:bottom w:w="55" w:type="dxa"/>
              <w:end w:w="70" w:type="dxa"/>
            </w:tcMar>
          </w:tcPr>
          <w:p>
            <w:pPr>
              <w:spacing w:after="0"/>
            </w:pPr>
            <w:r>
              <w:rPr>
                <w:rFonts w:ascii="Times New Roman" w:hAnsi="Times New Roman"/>
                <w:sz w:val="18"/>
              </w:rPr>
              <w:t>Certificate and issue memo</w:t>
            </w:r>
          </w:p>
        </w:tc>
        <w:tc>
          <w:tcPr>
            <w:tcW w:type="dxa" w:w="1040"/>
            <w:vAlign w:val="center"/>
            <w:tcMar>
              <w:top w:w="55" w:type="dxa"/>
              <w:start w:w="70" w:type="dxa"/>
              <w:bottom w:w="55" w:type="dxa"/>
              <w:end w:w="70" w:type="dxa"/>
            </w:tcMar>
          </w:tcPr>
          <w:p>
            <w:pPr>
              <w:spacing w:after="0"/>
            </w:pPr>
            <w:r>
              <w:rPr>
                <w:rFonts w:ascii="Times New Roman" w:hAnsi="Times New Roman"/>
                <w:sz w:val="18"/>
              </w:rPr>
              <w:t>[PERSON]</w:t>
            </w:r>
          </w:p>
        </w:tc>
        <w:tc>
          <w:tcPr>
            <w:tcW w:type="dxa" w:w="1040"/>
            <w:vAlign w:val="center"/>
            <w:tcMar>
              <w:top w:w="55" w:type="dxa"/>
              <w:start w:w="70" w:type="dxa"/>
              <w:bottom w:w="55" w:type="dxa"/>
              <w:end w:w="70" w:type="dxa"/>
            </w:tcMar>
          </w:tcPr>
          <w:p>
            <w:pPr>
              <w:spacing w:after="0"/>
            </w:pPr>
            <w:r>
              <w:rPr>
                <w:rFonts w:ascii="Times New Roman" w:hAnsi="Times New Roman"/>
                <w:sz w:val="18"/>
              </w:rPr>
              <w:t>[DATE / TZ]</w:t>
            </w:r>
          </w:p>
        </w:tc>
        <w:tc>
          <w:tcPr>
            <w:tcW w:type="dxa" w:w="1040"/>
            <w:vAlign w:val="center"/>
            <w:tcMar>
              <w:top w:w="55" w:type="dxa"/>
              <w:start w:w="70" w:type="dxa"/>
              <w:bottom w:w="55" w:type="dxa"/>
              <w:end w:w="70" w:type="dxa"/>
            </w:tcMar>
          </w:tcPr>
          <w:p>
            <w:pPr>
              <w:spacing w:after="0"/>
            </w:pPr>
            <w:r>
              <w:rPr>
                <w:rFonts w:ascii="Times New Roman" w:hAnsi="Times New Roman"/>
                <w:sz w:val="18"/>
              </w:rPr>
              <w:t>[STATUS / REVIEWER]</w:t>
            </w:r>
          </w:p>
        </w:tc>
      </w:tr>
      <w:tr>
        <w:trPr>
          <w:cantSplit/>
        </w:trPr>
        <w:tc>
          <w:tcPr>
            <w:tcW w:type="dxa" w:w="1040"/>
            <w:vAlign w:val="center"/>
            <w:tcMar>
              <w:top w:w="55" w:type="dxa"/>
              <w:start w:w="70" w:type="dxa"/>
              <w:bottom w:w="55" w:type="dxa"/>
              <w:end w:w="70" w:type="dxa"/>
            </w:tcMar>
          </w:tcPr>
          <w:p>
            <w:pPr>
              <w:spacing w:after="0"/>
            </w:pPr>
            <w:r>
              <w:rPr>
                <w:rFonts w:ascii="Times New Roman" w:hAnsi="Times New Roman"/>
                <w:sz w:val="18"/>
              </w:rPr>
              <w:t>CP-07</w:t>
            </w:r>
          </w:p>
        </w:tc>
        <w:tc>
          <w:tcPr>
            <w:tcW w:type="dxa" w:w="1040"/>
            <w:vAlign w:val="center"/>
            <w:tcMar>
              <w:top w:w="55" w:type="dxa"/>
              <w:start w:w="70" w:type="dxa"/>
              <w:bottom w:w="55" w:type="dxa"/>
              <w:end w:w="70" w:type="dxa"/>
            </w:tcMar>
          </w:tcPr>
          <w:p>
            <w:pPr>
              <w:spacing w:after="0"/>
            </w:pPr>
            <w:r>
              <w:rPr>
                <w:rFonts w:ascii="Times New Roman" w:hAnsi="Times New Roman"/>
                <w:sz w:val="18"/>
              </w:rPr>
              <w:t>Required consents [§__]</w:t>
            </w:r>
          </w:p>
        </w:tc>
        <w:tc>
          <w:tcPr>
            <w:tcW w:type="dxa" w:w="1040"/>
            <w:vAlign w:val="center"/>
            <w:tcMar>
              <w:top w:w="55" w:type="dxa"/>
              <w:start w:w="70" w:type="dxa"/>
              <w:bottom w:w="55" w:type="dxa"/>
              <w:end w:w="70" w:type="dxa"/>
            </w:tcMar>
          </w:tcPr>
          <w:p>
            <w:pPr>
              <w:spacing w:after="0"/>
            </w:pPr>
            <w:r>
              <w:rPr>
                <w:rFonts w:ascii="Times New Roman" w:hAnsi="Times New Roman"/>
                <w:sz w:val="18"/>
              </w:rPr>
              <w:t>[BUYER / SELLER]</w:t>
            </w:r>
          </w:p>
        </w:tc>
        <w:tc>
          <w:tcPr>
            <w:tcW w:type="dxa" w:w="1040"/>
            <w:vAlign w:val="center"/>
            <w:tcMar>
              <w:top w:w="55" w:type="dxa"/>
              <w:start w:w="70" w:type="dxa"/>
              <w:bottom w:w="55" w:type="dxa"/>
              <w:end w:w="70" w:type="dxa"/>
            </w:tcMar>
          </w:tcPr>
          <w:p>
            <w:pPr>
              <w:spacing w:after="0"/>
            </w:pPr>
            <w:r>
              <w:rPr>
                <w:rFonts w:ascii="Times New Roman" w:hAnsi="Times New Roman"/>
                <w:sz w:val="18"/>
              </w:rPr>
              <w:t>[OWNER]</w:t>
            </w:r>
          </w:p>
        </w:tc>
        <w:tc>
          <w:tcPr>
            <w:tcW w:type="dxa" w:w="1040"/>
            <w:vAlign w:val="center"/>
            <w:tcMar>
              <w:top w:w="55" w:type="dxa"/>
              <w:start w:w="70" w:type="dxa"/>
              <w:bottom w:w="55" w:type="dxa"/>
              <w:end w:w="70" w:type="dxa"/>
            </w:tcMar>
          </w:tcPr>
          <w:p>
            <w:pPr>
              <w:spacing w:after="0"/>
            </w:pPr>
            <w:r>
              <w:rPr>
                <w:rFonts w:ascii="Times New Roman" w:hAnsi="Times New Roman"/>
                <w:sz w:val="18"/>
              </w:rPr>
              <w:t>Counterparty approval</w:t>
            </w:r>
          </w:p>
        </w:tc>
        <w:tc>
          <w:tcPr>
            <w:tcW w:type="dxa" w:w="1040"/>
            <w:vAlign w:val="center"/>
            <w:tcMar>
              <w:top w:w="55" w:type="dxa"/>
              <w:start w:w="70" w:type="dxa"/>
              <w:bottom w:w="55" w:type="dxa"/>
              <w:end w:w="70" w:type="dxa"/>
            </w:tcMar>
          </w:tcPr>
          <w:p>
            <w:pPr>
              <w:spacing w:after="0"/>
            </w:pPr>
            <w:r>
              <w:rPr>
                <w:rFonts w:ascii="Times New Roman" w:hAnsi="Times New Roman"/>
                <w:sz w:val="18"/>
              </w:rPr>
              <w:t>Executed consent</w:t>
            </w:r>
          </w:p>
        </w:tc>
        <w:tc>
          <w:tcPr>
            <w:tcW w:type="dxa" w:w="1040"/>
            <w:vAlign w:val="center"/>
            <w:tcMar>
              <w:top w:w="55" w:type="dxa"/>
              <w:start w:w="70" w:type="dxa"/>
              <w:bottom w:w="55" w:type="dxa"/>
              <w:end w:w="70" w:type="dxa"/>
            </w:tcMar>
          </w:tcPr>
          <w:p>
            <w:pPr>
              <w:spacing w:after="0"/>
            </w:pPr>
            <w:r>
              <w:rPr>
                <w:rFonts w:ascii="Times New Roman" w:hAnsi="Times New Roman"/>
                <w:sz w:val="18"/>
              </w:rPr>
              <w:t>[PERSON]</w:t>
            </w:r>
          </w:p>
        </w:tc>
        <w:tc>
          <w:tcPr>
            <w:tcW w:type="dxa" w:w="1040"/>
            <w:vAlign w:val="center"/>
            <w:tcMar>
              <w:top w:w="55" w:type="dxa"/>
              <w:start w:w="70" w:type="dxa"/>
              <w:bottom w:w="55" w:type="dxa"/>
              <w:end w:w="70" w:type="dxa"/>
            </w:tcMar>
          </w:tcPr>
          <w:p>
            <w:pPr>
              <w:spacing w:after="0"/>
            </w:pPr>
            <w:r>
              <w:rPr>
                <w:rFonts w:ascii="Times New Roman" w:hAnsi="Times New Roman"/>
                <w:sz w:val="18"/>
              </w:rPr>
              <w:t>[DATE / TZ]</w:t>
            </w:r>
          </w:p>
        </w:tc>
        <w:tc>
          <w:tcPr>
            <w:tcW w:type="dxa" w:w="1040"/>
            <w:vAlign w:val="center"/>
            <w:tcMar>
              <w:top w:w="55" w:type="dxa"/>
              <w:start w:w="70" w:type="dxa"/>
              <w:bottom w:w="55" w:type="dxa"/>
              <w:end w:w="70" w:type="dxa"/>
            </w:tcMar>
          </w:tcPr>
          <w:p>
            <w:pPr>
              <w:spacing w:after="0"/>
            </w:pPr>
            <w:r>
              <w:rPr>
                <w:rFonts w:ascii="Times New Roman" w:hAnsi="Times New Roman"/>
                <w:sz w:val="18"/>
              </w:rPr>
              <w:t>[STATUS / REVIEWER]</w:t>
            </w:r>
          </w:p>
        </w:tc>
      </w:tr>
    </w:tbl>
    <w:p>
      <w:pPr>
        <w:widowControl/>
        <w:spacing w:after="20"/>
      </w:pPr>
    </w:p>
    <w:p>
      <w:pPr>
        <w:widowControl/>
        <w:ind w:firstLine="720"/>
        <w:jc w:val="both"/>
      </w:pPr>
      <w:r>
        <w:t>For each condition, state the exact bring-down standard, materiality disregard, measurement time, knowledge person, exception, and cure. Do not reduce a legal condition to a generic checkbox. If a condition is waived, attach the written waiver and note any consideration, disclosure, board approval, or effect on indemnity and RWI.</w:t>
      </w:r>
    </w:p>
    <w:p>
      <w:pPr>
        <w:pStyle w:val="Heading2"/>
        <w:widowControl/>
        <w:ind w:left="0" w:firstLine="0"/>
      </w:pPr>
      <w:r>
        <w:rPr>
          <w:rFonts w:ascii="Times New Roman" w:hAnsi="Times New Roman"/>
          <w:b/>
          <w:sz w:val="22"/>
          <w:u w:val="single"/>
        </w:rPr>
        <w:t>3. Corporate and Equity Workstream</w:t>
      </w:r>
    </w:p>
    <w:p>
      <w:pPr>
        <w:pStyle w:val="Heading3"/>
        <w:widowControl/>
        <w:ind w:left="0" w:firstLine="0"/>
      </w:pPr>
      <w:r>
        <w:rPr>
          <w:rFonts w:ascii="Times New Roman" w:hAnsi="Times New Roman"/>
          <w:b/>
          <w:sz w:val="22"/>
          <w:u w:val="single"/>
        </w:rPr>
        <w:t>3.1 Entity authority</w:t>
      </w:r>
    </w:p>
    <w:tbl>
      <w:tblPr>
        <w:tblStyle w:val="TableGrid"/>
        <w:tblW w:type="auto" w:w="0"/>
        <w:jc w:val="center"/>
        <w:tblLayout w:type="fixed"/>
        <w:tblLook w:firstColumn="1" w:firstRow="1" w:lastColumn="0" w:lastRow="0" w:noHBand="0" w:noVBand="1" w:val="04A0"/>
        <w:tblBorders>
          <w:top w:val="single" w:color="D9D9D9" w:sz="4"/>
          <w:left w:val="single" w:color="D9D9D9" w:sz="4"/>
          <w:bottom w:val="single" w:color="D9D9D9" w:sz="4"/>
          <w:right w:val="single" w:color="D9D9D9" w:sz="4"/>
          <w:insideH w:val="single" w:color="D9D9D9" w:sz="4"/>
          <w:insideV w:val="single" w:color="D9D9D9" w:sz="4"/>
        </w:tblBorders>
      </w:tblPr>
      <w:tblGrid>
        <w:gridCol w:w="1337"/>
        <w:gridCol w:w="1337"/>
        <w:gridCol w:w="1337"/>
        <w:gridCol w:w="1337"/>
        <w:gridCol w:w="1337"/>
        <w:gridCol w:w="1337"/>
        <w:gridCol w:w="1337"/>
      </w:tblGrid>
      <w:tr>
        <w:trPr>
          <w:tblHeader w:val="true"/>
          <w:cantSplit/>
        </w:trPr>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ID</w:t>
            </w:r>
          </w:p>
        </w:tc>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Deliverable or action</w:t>
            </w:r>
          </w:p>
        </w:tc>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Parties or issuer</w:t>
            </w:r>
          </w:p>
        </w:tc>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Source</w:t>
            </w:r>
          </w:p>
        </w:tc>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Required contents</w:t>
            </w:r>
          </w:p>
        </w:tc>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Owner</w:t>
            </w:r>
          </w:p>
        </w:tc>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Status and evidence</w:t>
            </w:r>
          </w:p>
        </w:tc>
      </w:tr>
      <w:tr>
        <w:trPr>
          <w:cantSplit/>
        </w:trPr>
        <w:tc>
          <w:tcPr>
            <w:tcW w:type="dxa" w:w="1337"/>
            <w:vAlign w:val="center"/>
            <w:tcMar>
              <w:top w:w="55" w:type="dxa"/>
              <w:start w:w="70" w:type="dxa"/>
              <w:bottom w:w="55" w:type="dxa"/>
              <w:end w:w="70" w:type="dxa"/>
            </w:tcMar>
          </w:tcPr>
          <w:p>
            <w:pPr>
              <w:spacing w:after="0"/>
            </w:pPr>
            <w:r>
              <w:rPr>
                <w:rFonts w:ascii="Times New Roman" w:hAnsi="Times New Roman"/>
                <w:sz w:val="18"/>
              </w:rPr>
              <w:t>CORP-01</w:t>
            </w:r>
          </w:p>
        </w:tc>
        <w:tc>
          <w:tcPr>
            <w:tcW w:type="dxa" w:w="1337"/>
            <w:vAlign w:val="center"/>
            <w:tcMar>
              <w:top w:w="55" w:type="dxa"/>
              <w:start w:w="70" w:type="dxa"/>
              <w:bottom w:w="55" w:type="dxa"/>
              <w:end w:w="70" w:type="dxa"/>
            </w:tcMar>
          </w:tcPr>
          <w:p>
            <w:pPr>
              <w:spacing w:after="0"/>
            </w:pPr>
            <w:r>
              <w:rPr>
                <w:rFonts w:ascii="Times New Roman" w:hAnsi="Times New Roman"/>
                <w:sz w:val="18"/>
              </w:rPr>
              <w:t>Buyer board or manager approval</w:t>
            </w:r>
          </w:p>
        </w:tc>
        <w:tc>
          <w:tcPr>
            <w:tcW w:type="dxa" w:w="1337"/>
            <w:vAlign w:val="center"/>
            <w:tcMar>
              <w:top w:w="55" w:type="dxa"/>
              <w:start w:w="70" w:type="dxa"/>
              <w:bottom w:w="55" w:type="dxa"/>
              <w:end w:w="70" w:type="dxa"/>
            </w:tcMar>
          </w:tcPr>
          <w:p>
            <w:pPr>
              <w:spacing w:after="0"/>
            </w:pPr>
            <w:r>
              <w:rPr>
                <w:rFonts w:ascii="Times New Roman" w:hAnsi="Times New Roman"/>
                <w:sz w:val="18"/>
              </w:rPr>
              <w:t>[BUYER]</w:t>
            </w:r>
          </w:p>
        </w:tc>
        <w:tc>
          <w:tcPr>
            <w:tcW w:type="dxa" w:w="1337"/>
            <w:vAlign w:val="center"/>
            <w:tcMar>
              <w:top w:w="55" w:type="dxa"/>
              <w:start w:w="70" w:type="dxa"/>
              <w:bottom w:w="55" w:type="dxa"/>
              <w:end w:w="70" w:type="dxa"/>
            </w:tcMar>
          </w:tcPr>
          <w:p>
            <w:pPr>
              <w:spacing w:after="0"/>
            </w:pPr>
            <w:r>
              <w:rPr>
                <w:rFonts w:ascii="Times New Roman" w:hAnsi="Times New Roman"/>
                <w:sz w:val="18"/>
              </w:rPr>
              <w:t>[§ / GOVERNING DOC]</w:t>
            </w:r>
          </w:p>
        </w:tc>
        <w:tc>
          <w:tcPr>
            <w:tcW w:type="dxa" w:w="1337"/>
            <w:vAlign w:val="center"/>
            <w:tcMar>
              <w:top w:w="55" w:type="dxa"/>
              <w:start w:w="70" w:type="dxa"/>
              <w:bottom w:w="55" w:type="dxa"/>
              <w:end w:w="70" w:type="dxa"/>
            </w:tcMar>
          </w:tcPr>
          <w:p>
            <w:pPr>
              <w:spacing w:after="0"/>
            </w:pPr>
            <w:r>
              <w:rPr>
                <w:rFonts w:ascii="Times New Roman" w:hAnsi="Times New Roman"/>
                <w:sz w:val="18"/>
              </w:rPr>
              <w:t>Agreement, financing, issuance, officers</w:t>
            </w:r>
          </w:p>
        </w:tc>
        <w:tc>
          <w:tcPr>
            <w:tcW w:type="dxa" w:w="1337"/>
            <w:vAlign w:val="center"/>
            <w:tcMar>
              <w:top w:w="55" w:type="dxa"/>
              <w:start w:w="70" w:type="dxa"/>
              <w:bottom w:w="55" w:type="dxa"/>
              <w:end w:w="70" w:type="dxa"/>
            </w:tcMar>
          </w:tcPr>
          <w:p>
            <w:pPr>
              <w:spacing w:after="0"/>
            </w:pPr>
            <w:r>
              <w:rPr>
                <w:rFonts w:ascii="Times New Roman" w:hAnsi="Times New Roman"/>
                <w:sz w:val="18"/>
              </w:rPr>
              <w:t>[OWNER]</w:t>
            </w:r>
          </w:p>
        </w:tc>
        <w:tc>
          <w:tcPr>
            <w:tcW w:type="dxa" w:w="1337"/>
            <w:vAlign w:val="center"/>
            <w:tcMar>
              <w:top w:w="55" w:type="dxa"/>
              <w:start w:w="70" w:type="dxa"/>
              <w:bottom w:w="55" w:type="dxa"/>
              <w:end w:w="70" w:type="dxa"/>
            </w:tcMar>
          </w:tcPr>
          <w:p>
            <w:pPr>
              <w:spacing w:after="0"/>
            </w:pPr>
            <w:r>
              <w:rPr>
                <w:rFonts w:ascii="Times New Roman" w:hAnsi="Times New Roman"/>
                <w:sz w:val="18"/>
              </w:rPr>
              <w:t>[STATUS / FILE]</w:t>
            </w:r>
          </w:p>
        </w:tc>
      </w:tr>
      <w:tr>
        <w:trPr>
          <w:cantSplit/>
        </w:trPr>
        <w:tc>
          <w:tcPr>
            <w:tcW w:type="dxa" w:w="1337"/>
            <w:vAlign w:val="center"/>
            <w:tcMar>
              <w:top w:w="55" w:type="dxa"/>
              <w:start w:w="70" w:type="dxa"/>
              <w:bottom w:w="55" w:type="dxa"/>
              <w:end w:w="70" w:type="dxa"/>
            </w:tcMar>
          </w:tcPr>
          <w:p>
            <w:pPr>
              <w:spacing w:after="0"/>
            </w:pPr>
            <w:r>
              <w:rPr>
                <w:rFonts w:ascii="Times New Roman" w:hAnsi="Times New Roman"/>
                <w:sz w:val="18"/>
              </w:rPr>
              <w:t>CORP-02</w:t>
            </w:r>
          </w:p>
        </w:tc>
        <w:tc>
          <w:tcPr>
            <w:tcW w:type="dxa" w:w="1337"/>
            <w:vAlign w:val="center"/>
            <w:tcMar>
              <w:top w:w="55" w:type="dxa"/>
              <w:start w:w="70" w:type="dxa"/>
              <w:bottom w:w="55" w:type="dxa"/>
              <w:end w:w="70" w:type="dxa"/>
            </w:tcMar>
          </w:tcPr>
          <w:p>
            <w:pPr>
              <w:spacing w:after="0"/>
            </w:pPr>
            <w:r>
              <w:rPr>
                <w:rFonts w:ascii="Times New Roman" w:hAnsi="Times New Roman"/>
                <w:sz w:val="18"/>
              </w:rPr>
              <w:t>Company board approval</w:t>
            </w:r>
          </w:p>
        </w:tc>
        <w:tc>
          <w:tcPr>
            <w:tcW w:type="dxa" w:w="1337"/>
            <w:vAlign w:val="center"/>
            <w:tcMar>
              <w:top w:w="55" w:type="dxa"/>
              <w:start w:w="70" w:type="dxa"/>
              <w:bottom w:w="55" w:type="dxa"/>
              <w:end w:w="70" w:type="dxa"/>
            </w:tcMar>
          </w:tcPr>
          <w:p>
            <w:pPr>
              <w:spacing w:after="0"/>
            </w:pPr>
            <w:r>
              <w:rPr>
                <w:rFonts w:ascii="Times New Roman" w:hAnsi="Times New Roman"/>
                <w:sz w:val="18"/>
              </w:rPr>
              <w:t>[TARGET]</w:t>
            </w:r>
          </w:p>
        </w:tc>
        <w:tc>
          <w:tcPr>
            <w:tcW w:type="dxa" w:w="1337"/>
            <w:vAlign w:val="center"/>
            <w:tcMar>
              <w:top w:w="55" w:type="dxa"/>
              <w:start w:w="70" w:type="dxa"/>
              <w:bottom w:w="55" w:type="dxa"/>
              <w:end w:w="70" w:type="dxa"/>
            </w:tcMar>
          </w:tcPr>
          <w:p>
            <w:pPr>
              <w:spacing w:after="0"/>
            </w:pPr>
            <w:r>
              <w:rPr>
                <w:rFonts w:ascii="Times New Roman" w:hAnsi="Times New Roman"/>
                <w:sz w:val="18"/>
              </w:rPr>
              <w:t>[§ / LAW]</w:t>
            </w:r>
          </w:p>
        </w:tc>
        <w:tc>
          <w:tcPr>
            <w:tcW w:type="dxa" w:w="1337"/>
            <w:vAlign w:val="center"/>
            <w:tcMar>
              <w:top w:w="55" w:type="dxa"/>
              <w:start w:w="70" w:type="dxa"/>
              <w:bottom w:w="55" w:type="dxa"/>
              <w:end w:w="70" w:type="dxa"/>
            </w:tcMar>
          </w:tcPr>
          <w:p>
            <w:pPr>
              <w:spacing w:after="0"/>
            </w:pPr>
            <w:r>
              <w:rPr>
                <w:rFonts w:ascii="Times New Roman" w:hAnsi="Times New Roman"/>
                <w:sz w:val="18"/>
              </w:rPr>
              <w:t>Process, conflicts, fairness, recommendation, agreement, ancillary docs</w:t>
            </w:r>
          </w:p>
        </w:tc>
        <w:tc>
          <w:tcPr>
            <w:tcW w:type="dxa" w:w="1337"/>
            <w:vAlign w:val="center"/>
            <w:tcMar>
              <w:top w:w="55" w:type="dxa"/>
              <w:start w:w="70" w:type="dxa"/>
              <w:bottom w:w="55" w:type="dxa"/>
              <w:end w:w="70" w:type="dxa"/>
            </w:tcMar>
          </w:tcPr>
          <w:p>
            <w:pPr>
              <w:spacing w:after="0"/>
            </w:pPr>
            <w:r>
              <w:rPr>
                <w:rFonts w:ascii="Times New Roman" w:hAnsi="Times New Roman"/>
                <w:sz w:val="18"/>
              </w:rPr>
              <w:t>[OWNER]</w:t>
            </w:r>
          </w:p>
        </w:tc>
        <w:tc>
          <w:tcPr>
            <w:tcW w:type="dxa" w:w="1337"/>
            <w:vAlign w:val="center"/>
            <w:tcMar>
              <w:top w:w="55" w:type="dxa"/>
              <w:start w:w="70" w:type="dxa"/>
              <w:bottom w:w="55" w:type="dxa"/>
              <w:end w:w="70" w:type="dxa"/>
            </w:tcMar>
          </w:tcPr>
          <w:p>
            <w:pPr>
              <w:spacing w:after="0"/>
            </w:pPr>
            <w:r>
              <w:rPr>
                <w:rFonts w:ascii="Times New Roman" w:hAnsi="Times New Roman"/>
                <w:sz w:val="18"/>
              </w:rPr>
              <w:t>[STATUS / FILE]</w:t>
            </w:r>
          </w:p>
        </w:tc>
      </w:tr>
      <w:tr>
        <w:trPr>
          <w:cantSplit/>
        </w:trPr>
        <w:tc>
          <w:tcPr>
            <w:tcW w:type="dxa" w:w="1337"/>
            <w:vAlign w:val="center"/>
            <w:tcMar>
              <w:top w:w="55" w:type="dxa"/>
              <w:start w:w="70" w:type="dxa"/>
              <w:bottom w:w="55" w:type="dxa"/>
              <w:end w:w="70" w:type="dxa"/>
            </w:tcMar>
          </w:tcPr>
          <w:p>
            <w:pPr>
              <w:spacing w:after="0"/>
            </w:pPr>
            <w:r>
              <w:rPr>
                <w:rFonts w:ascii="Times New Roman" w:hAnsi="Times New Roman"/>
                <w:sz w:val="18"/>
              </w:rPr>
              <w:t>CORP-03</w:t>
            </w:r>
          </w:p>
        </w:tc>
        <w:tc>
          <w:tcPr>
            <w:tcW w:type="dxa" w:w="1337"/>
            <w:vAlign w:val="center"/>
            <w:tcMar>
              <w:top w:w="55" w:type="dxa"/>
              <w:start w:w="70" w:type="dxa"/>
              <w:bottom w:w="55" w:type="dxa"/>
              <w:end w:w="70" w:type="dxa"/>
            </w:tcMar>
          </w:tcPr>
          <w:p>
            <w:pPr>
              <w:spacing w:after="0"/>
            </w:pPr>
            <w:r>
              <w:rPr>
                <w:rFonts w:ascii="Times New Roman" w:hAnsi="Times New Roman"/>
                <w:sz w:val="18"/>
              </w:rPr>
              <w:t>Stockholder or member approval</w:t>
            </w:r>
          </w:p>
        </w:tc>
        <w:tc>
          <w:tcPr>
            <w:tcW w:type="dxa" w:w="1337"/>
            <w:vAlign w:val="center"/>
            <w:tcMar>
              <w:top w:w="55" w:type="dxa"/>
              <w:start w:w="70" w:type="dxa"/>
              <w:bottom w:w="55" w:type="dxa"/>
              <w:end w:w="70" w:type="dxa"/>
            </w:tcMar>
          </w:tcPr>
          <w:p>
            <w:pPr>
              <w:spacing w:after="0"/>
            </w:pPr>
            <w:r>
              <w:rPr>
                <w:rFonts w:ascii="Times New Roman" w:hAnsi="Times New Roman"/>
                <w:sz w:val="18"/>
              </w:rPr>
              <w:t>[TARGET HOLDERS]</w:t>
            </w:r>
          </w:p>
        </w:tc>
        <w:tc>
          <w:tcPr>
            <w:tcW w:type="dxa" w:w="1337"/>
            <w:vAlign w:val="center"/>
            <w:tcMar>
              <w:top w:w="55" w:type="dxa"/>
              <w:start w:w="70" w:type="dxa"/>
              <w:bottom w:w="55" w:type="dxa"/>
              <w:end w:w="70" w:type="dxa"/>
            </w:tcMar>
          </w:tcPr>
          <w:p>
            <w:pPr>
              <w:spacing w:after="0"/>
            </w:pPr>
            <w:r>
              <w:rPr>
                <w:rFonts w:ascii="Times New Roman" w:hAnsi="Times New Roman"/>
                <w:sz w:val="18"/>
              </w:rPr>
              <w:t>[§ / LAW]</w:t>
            </w:r>
          </w:p>
        </w:tc>
        <w:tc>
          <w:tcPr>
            <w:tcW w:type="dxa" w:w="1337"/>
            <w:vAlign w:val="center"/>
            <w:tcMar>
              <w:top w:w="55" w:type="dxa"/>
              <w:start w:w="70" w:type="dxa"/>
              <w:bottom w:w="55" w:type="dxa"/>
              <w:end w:w="70" w:type="dxa"/>
            </w:tcMar>
          </w:tcPr>
          <w:p>
            <w:pPr>
              <w:spacing w:after="0"/>
            </w:pPr>
            <w:r>
              <w:rPr>
                <w:rFonts w:ascii="Times New Roman" w:hAnsi="Times New Roman"/>
                <w:sz w:val="18"/>
              </w:rPr>
              <w:t>Record date, class votes, drag, written consent, notice</w:t>
            </w:r>
          </w:p>
        </w:tc>
        <w:tc>
          <w:tcPr>
            <w:tcW w:type="dxa" w:w="1337"/>
            <w:vAlign w:val="center"/>
            <w:tcMar>
              <w:top w:w="55" w:type="dxa"/>
              <w:start w:w="70" w:type="dxa"/>
              <w:bottom w:w="55" w:type="dxa"/>
              <w:end w:w="70" w:type="dxa"/>
            </w:tcMar>
          </w:tcPr>
          <w:p>
            <w:pPr>
              <w:spacing w:after="0"/>
            </w:pPr>
            <w:r>
              <w:rPr>
                <w:rFonts w:ascii="Times New Roman" w:hAnsi="Times New Roman"/>
                <w:sz w:val="18"/>
              </w:rPr>
              <w:t>[OWNER]</w:t>
            </w:r>
          </w:p>
        </w:tc>
        <w:tc>
          <w:tcPr>
            <w:tcW w:type="dxa" w:w="1337"/>
            <w:vAlign w:val="center"/>
            <w:tcMar>
              <w:top w:w="55" w:type="dxa"/>
              <w:start w:w="70" w:type="dxa"/>
              <w:bottom w:w="55" w:type="dxa"/>
              <w:end w:w="70" w:type="dxa"/>
            </w:tcMar>
          </w:tcPr>
          <w:p>
            <w:pPr>
              <w:spacing w:after="0"/>
            </w:pPr>
            <w:r>
              <w:rPr>
                <w:rFonts w:ascii="Times New Roman" w:hAnsi="Times New Roman"/>
                <w:sz w:val="18"/>
              </w:rPr>
              <w:t>[STATUS / FILE]</w:t>
            </w:r>
          </w:p>
        </w:tc>
      </w:tr>
      <w:tr>
        <w:trPr>
          <w:cantSplit/>
        </w:trPr>
        <w:tc>
          <w:tcPr>
            <w:tcW w:type="dxa" w:w="1337"/>
            <w:vAlign w:val="center"/>
            <w:tcMar>
              <w:top w:w="55" w:type="dxa"/>
              <w:start w:w="70" w:type="dxa"/>
              <w:bottom w:w="55" w:type="dxa"/>
              <w:end w:w="70" w:type="dxa"/>
            </w:tcMar>
          </w:tcPr>
          <w:p>
            <w:pPr>
              <w:spacing w:after="0"/>
            </w:pPr>
            <w:r>
              <w:rPr>
                <w:rFonts w:ascii="Times New Roman" w:hAnsi="Times New Roman"/>
                <w:sz w:val="18"/>
              </w:rPr>
              <w:t>CORP-04</w:t>
            </w:r>
          </w:p>
        </w:tc>
        <w:tc>
          <w:tcPr>
            <w:tcW w:type="dxa" w:w="1337"/>
            <w:vAlign w:val="center"/>
            <w:tcMar>
              <w:top w:w="55" w:type="dxa"/>
              <w:start w:w="70" w:type="dxa"/>
              <w:bottom w:w="55" w:type="dxa"/>
              <w:end w:w="70" w:type="dxa"/>
            </w:tcMar>
          </w:tcPr>
          <w:p>
            <w:pPr>
              <w:spacing w:after="0"/>
            </w:pPr>
            <w:r>
              <w:rPr>
                <w:rFonts w:ascii="Times New Roman" w:hAnsi="Times New Roman"/>
                <w:sz w:val="18"/>
              </w:rPr>
              <w:t>Secretary certificates</w:t>
            </w:r>
          </w:p>
        </w:tc>
        <w:tc>
          <w:tcPr>
            <w:tcW w:type="dxa" w:w="1337"/>
            <w:vAlign w:val="center"/>
            <w:tcMar>
              <w:top w:w="55" w:type="dxa"/>
              <w:start w:w="70" w:type="dxa"/>
              <w:bottom w:w="55" w:type="dxa"/>
              <w:end w:w="70" w:type="dxa"/>
            </w:tcMar>
          </w:tcPr>
          <w:p>
            <w:pPr>
              <w:spacing w:after="0"/>
            </w:pPr>
            <w:r>
              <w:rPr>
                <w:rFonts w:ascii="Times New Roman" w:hAnsi="Times New Roman"/>
                <w:sz w:val="18"/>
              </w:rPr>
              <w:t>[EACH ENTITY]</w:t>
            </w:r>
          </w:p>
        </w:tc>
        <w:tc>
          <w:tcPr>
            <w:tcW w:type="dxa" w:w="1337"/>
            <w:vAlign w:val="center"/>
            <w:tcMar>
              <w:top w:w="55" w:type="dxa"/>
              <w:start w:w="70" w:type="dxa"/>
              <w:bottom w:w="55" w:type="dxa"/>
              <w:end w:w="70" w:type="dxa"/>
            </w:tcMar>
          </w:tcPr>
          <w:p>
            <w:pPr>
              <w:spacing w:after="0"/>
            </w:pPr>
            <w:r>
              <w:rPr>
                <w:rFonts w:ascii="Times New Roman" w:hAnsi="Times New Roman"/>
                <w:sz w:val="18"/>
              </w:rPr>
              <w:t>[§]</w:t>
            </w:r>
          </w:p>
        </w:tc>
        <w:tc>
          <w:tcPr>
            <w:tcW w:type="dxa" w:w="1337"/>
            <w:vAlign w:val="center"/>
            <w:tcMar>
              <w:top w:w="55" w:type="dxa"/>
              <w:start w:w="70" w:type="dxa"/>
              <w:bottom w:w="55" w:type="dxa"/>
              <w:end w:w="70" w:type="dxa"/>
            </w:tcMar>
          </w:tcPr>
          <w:p>
            <w:pPr>
              <w:spacing w:after="0"/>
            </w:pPr>
            <w:r>
              <w:rPr>
                <w:rFonts w:ascii="Times New Roman" w:hAnsi="Times New Roman"/>
                <w:sz w:val="18"/>
              </w:rPr>
              <w:t>Charter, bylaws, resolutions, incumbency, good standing</w:t>
            </w:r>
          </w:p>
        </w:tc>
        <w:tc>
          <w:tcPr>
            <w:tcW w:type="dxa" w:w="1337"/>
            <w:vAlign w:val="center"/>
            <w:tcMar>
              <w:top w:w="55" w:type="dxa"/>
              <w:start w:w="70" w:type="dxa"/>
              <w:bottom w:w="55" w:type="dxa"/>
              <w:end w:w="70" w:type="dxa"/>
            </w:tcMar>
          </w:tcPr>
          <w:p>
            <w:pPr>
              <w:spacing w:after="0"/>
            </w:pPr>
            <w:r>
              <w:rPr>
                <w:rFonts w:ascii="Times New Roman" w:hAnsi="Times New Roman"/>
                <w:sz w:val="18"/>
              </w:rPr>
              <w:t>[OWNER]</w:t>
            </w:r>
          </w:p>
        </w:tc>
        <w:tc>
          <w:tcPr>
            <w:tcW w:type="dxa" w:w="1337"/>
            <w:vAlign w:val="center"/>
            <w:tcMar>
              <w:top w:w="55" w:type="dxa"/>
              <w:start w:w="70" w:type="dxa"/>
              <w:bottom w:w="55" w:type="dxa"/>
              <w:end w:w="70" w:type="dxa"/>
            </w:tcMar>
          </w:tcPr>
          <w:p>
            <w:pPr>
              <w:spacing w:after="0"/>
            </w:pPr>
            <w:r>
              <w:rPr>
                <w:rFonts w:ascii="Times New Roman" w:hAnsi="Times New Roman"/>
                <w:sz w:val="18"/>
              </w:rPr>
              <w:t>[STATUS / FILE]</w:t>
            </w:r>
          </w:p>
        </w:tc>
      </w:tr>
      <w:tr>
        <w:trPr>
          <w:cantSplit/>
        </w:trPr>
        <w:tc>
          <w:tcPr>
            <w:tcW w:type="dxa" w:w="1337"/>
            <w:vAlign w:val="center"/>
            <w:tcMar>
              <w:top w:w="55" w:type="dxa"/>
              <w:start w:w="70" w:type="dxa"/>
              <w:bottom w:w="55" w:type="dxa"/>
              <w:end w:w="70" w:type="dxa"/>
            </w:tcMar>
          </w:tcPr>
          <w:p>
            <w:pPr>
              <w:spacing w:after="0"/>
            </w:pPr>
            <w:r>
              <w:rPr>
                <w:rFonts w:ascii="Times New Roman" w:hAnsi="Times New Roman"/>
                <w:sz w:val="18"/>
              </w:rPr>
              <w:t>CORP-05</w:t>
            </w:r>
          </w:p>
        </w:tc>
        <w:tc>
          <w:tcPr>
            <w:tcW w:type="dxa" w:w="1337"/>
            <w:vAlign w:val="center"/>
            <w:tcMar>
              <w:top w:w="55" w:type="dxa"/>
              <w:start w:w="70" w:type="dxa"/>
              <w:bottom w:w="55" w:type="dxa"/>
              <w:end w:w="70" w:type="dxa"/>
            </w:tcMar>
          </w:tcPr>
          <w:p>
            <w:pPr>
              <w:spacing w:after="0"/>
            </w:pPr>
            <w:r>
              <w:rPr>
                <w:rFonts w:ascii="Times New Roman" w:hAnsi="Times New Roman"/>
                <w:sz w:val="18"/>
              </w:rPr>
              <w:t>Resignations and appointments</w:t>
            </w:r>
          </w:p>
        </w:tc>
        <w:tc>
          <w:tcPr>
            <w:tcW w:type="dxa" w:w="1337"/>
            <w:vAlign w:val="center"/>
            <w:tcMar>
              <w:top w:w="55" w:type="dxa"/>
              <w:start w:w="70" w:type="dxa"/>
              <w:bottom w:w="55" w:type="dxa"/>
              <w:end w:w="70" w:type="dxa"/>
            </w:tcMar>
          </w:tcPr>
          <w:p>
            <w:pPr>
              <w:spacing w:after="0"/>
            </w:pPr>
            <w:r>
              <w:rPr>
                <w:rFonts w:ascii="Times New Roman" w:hAnsi="Times New Roman"/>
                <w:sz w:val="18"/>
              </w:rPr>
              <w:t>[DIRECTORS / OFFICERS]</w:t>
            </w:r>
          </w:p>
        </w:tc>
        <w:tc>
          <w:tcPr>
            <w:tcW w:type="dxa" w:w="1337"/>
            <w:vAlign w:val="center"/>
            <w:tcMar>
              <w:top w:w="55" w:type="dxa"/>
              <w:start w:w="70" w:type="dxa"/>
              <w:bottom w:w="55" w:type="dxa"/>
              <w:end w:w="70" w:type="dxa"/>
            </w:tcMar>
          </w:tcPr>
          <w:p>
            <w:pPr>
              <w:spacing w:after="0"/>
            </w:pPr>
            <w:r>
              <w:rPr>
                <w:rFonts w:ascii="Times New Roman" w:hAnsi="Times New Roman"/>
                <w:sz w:val="18"/>
              </w:rPr>
              <w:t>[§]</w:t>
            </w:r>
          </w:p>
        </w:tc>
        <w:tc>
          <w:tcPr>
            <w:tcW w:type="dxa" w:w="1337"/>
            <w:vAlign w:val="center"/>
            <w:tcMar>
              <w:top w:w="55" w:type="dxa"/>
              <w:start w:w="70" w:type="dxa"/>
              <w:bottom w:w="55" w:type="dxa"/>
              <w:end w:w="70" w:type="dxa"/>
            </w:tcMar>
          </w:tcPr>
          <w:p>
            <w:pPr>
              <w:spacing w:after="0"/>
            </w:pPr>
            <w:r>
              <w:rPr>
                <w:rFonts w:ascii="Times New Roman" w:hAnsi="Times New Roman"/>
                <w:sz w:val="18"/>
              </w:rPr>
              <w:t>Effective time, releases if separately agreed</w:t>
            </w:r>
          </w:p>
        </w:tc>
        <w:tc>
          <w:tcPr>
            <w:tcW w:type="dxa" w:w="1337"/>
            <w:vAlign w:val="center"/>
            <w:tcMar>
              <w:top w:w="55" w:type="dxa"/>
              <w:start w:w="70" w:type="dxa"/>
              <w:bottom w:w="55" w:type="dxa"/>
              <w:end w:w="70" w:type="dxa"/>
            </w:tcMar>
          </w:tcPr>
          <w:p>
            <w:pPr>
              <w:spacing w:after="0"/>
            </w:pPr>
            <w:r>
              <w:rPr>
                <w:rFonts w:ascii="Times New Roman" w:hAnsi="Times New Roman"/>
                <w:sz w:val="18"/>
              </w:rPr>
              <w:t>[OWNER]</w:t>
            </w:r>
          </w:p>
        </w:tc>
        <w:tc>
          <w:tcPr>
            <w:tcW w:type="dxa" w:w="1337"/>
            <w:vAlign w:val="center"/>
            <w:tcMar>
              <w:top w:w="55" w:type="dxa"/>
              <w:start w:w="70" w:type="dxa"/>
              <w:bottom w:w="55" w:type="dxa"/>
              <w:end w:w="70" w:type="dxa"/>
            </w:tcMar>
          </w:tcPr>
          <w:p>
            <w:pPr>
              <w:spacing w:after="0"/>
            </w:pPr>
            <w:r>
              <w:rPr>
                <w:rFonts w:ascii="Times New Roman" w:hAnsi="Times New Roman"/>
                <w:sz w:val="18"/>
              </w:rPr>
              <w:t>[STATUS / FILE]</w:t>
            </w:r>
          </w:p>
        </w:tc>
      </w:tr>
    </w:tbl>
    <w:p>
      <w:pPr>
        <w:widowControl/>
        <w:spacing w:after="20"/>
      </w:pPr>
    </w:p>
    <w:p>
      <w:pPr>
        <w:pStyle w:val="Heading3"/>
        <w:widowControl/>
        <w:ind w:left="0" w:firstLine="0"/>
      </w:pPr>
      <w:r>
        <w:rPr>
          <w:rFonts w:ascii="Times New Roman" w:hAnsi="Times New Roman"/>
          <w:b/>
          <w:sz w:val="22"/>
          <w:u w:val="single"/>
        </w:rPr>
        <w:t>3.2 Capitalization and security treatment</w:t>
      </w:r>
    </w:p>
    <w:p>
      <w:pPr>
        <w:widowControl/>
        <w:ind w:firstLine="720"/>
        <w:jc w:val="both"/>
      </w:pPr>
      <w:r>
        <w:t>Reconcile the stock ledger, cap table, charter, voting and investor agreements, certificates and book entries, option plan and grants, warrants, SAFEs, notes, promised grants, restricted equity, repurchase, acceleration, liquidation preferences, conversion, participation, dividends, and transfer chain. The final consideration schedule must tie to the funds flow and payment-agent file.</w:t>
      </w:r>
    </w:p>
    <w:tbl>
      <w:tblPr>
        <w:tblStyle w:val="TableGrid"/>
        <w:tblW w:type="auto" w:w="0"/>
        <w:jc w:val="center"/>
        <w:tblLayout w:type="fixed"/>
        <w:tblLook w:firstColumn="1" w:firstRow="1" w:lastColumn="0" w:lastRow="0" w:noHBand="0" w:noVBand="1" w:val="04A0"/>
        <w:tblBorders>
          <w:top w:val="single" w:color="D9D9D9" w:sz="4"/>
          <w:left w:val="single" w:color="D9D9D9" w:sz="4"/>
          <w:bottom w:val="single" w:color="D9D9D9" w:sz="4"/>
          <w:right w:val="single" w:color="D9D9D9" w:sz="4"/>
          <w:insideH w:val="single" w:color="D9D9D9" w:sz="4"/>
          <w:insideV w:val="single" w:color="D9D9D9" w:sz="4"/>
        </w:tblBorders>
      </w:tblPr>
      <w:tblGrid>
        <w:gridCol w:w="1170"/>
        <w:gridCol w:w="1170"/>
        <w:gridCol w:w="1170"/>
        <w:gridCol w:w="1170"/>
        <w:gridCol w:w="1170"/>
        <w:gridCol w:w="1170"/>
        <w:gridCol w:w="1170"/>
        <w:gridCol w:w="1170"/>
      </w:tblGrid>
      <w:tr>
        <w:trPr>
          <w:tblHeader w:val="true"/>
          <w:cantSplit/>
        </w:trPr>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ID</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Security category</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Required action</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Approval or consent</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Payment or rollover</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Tax and payroll</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Evidence</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Status</w:t>
            </w:r>
          </w:p>
        </w:tc>
      </w:tr>
      <w:tr>
        <w:trPr>
          <w:cantSplit/>
        </w:trPr>
        <w:tc>
          <w:tcPr>
            <w:tcW w:type="dxa" w:w="1170"/>
            <w:vAlign w:val="center"/>
            <w:tcMar>
              <w:top w:w="55" w:type="dxa"/>
              <w:start w:w="70" w:type="dxa"/>
              <w:bottom w:w="55" w:type="dxa"/>
              <w:end w:w="70" w:type="dxa"/>
            </w:tcMar>
          </w:tcPr>
          <w:p>
            <w:pPr>
              <w:spacing w:after="0"/>
            </w:pPr>
            <w:r>
              <w:rPr>
                <w:rFonts w:ascii="Times New Roman" w:hAnsi="Times New Roman"/>
                <w:sz w:val="18"/>
              </w:rPr>
              <w:t>EQ-01</w:t>
            </w:r>
          </w:p>
        </w:tc>
        <w:tc>
          <w:tcPr>
            <w:tcW w:type="dxa" w:w="1170"/>
            <w:vAlign w:val="center"/>
            <w:tcMar>
              <w:top w:w="55" w:type="dxa"/>
              <w:start w:w="70" w:type="dxa"/>
              <w:bottom w:w="55" w:type="dxa"/>
              <w:end w:w="70" w:type="dxa"/>
            </w:tcMar>
          </w:tcPr>
          <w:p>
            <w:pPr>
              <w:spacing w:after="0"/>
            </w:pPr>
            <w:r>
              <w:rPr>
                <w:rFonts w:ascii="Times New Roman" w:hAnsi="Times New Roman"/>
                <w:sz w:val="18"/>
              </w:rPr>
              <w:t>Common and preferred stock</w:t>
            </w:r>
          </w:p>
        </w:tc>
        <w:tc>
          <w:tcPr>
            <w:tcW w:type="dxa" w:w="1170"/>
            <w:vAlign w:val="center"/>
            <w:tcMar>
              <w:top w:w="55" w:type="dxa"/>
              <w:start w:w="70" w:type="dxa"/>
              <w:bottom w:w="55" w:type="dxa"/>
              <w:end w:w="70" w:type="dxa"/>
            </w:tcMar>
          </w:tcPr>
          <w:p>
            <w:pPr>
              <w:spacing w:after="0"/>
            </w:pPr>
            <w:r>
              <w:rPr>
                <w:rFonts w:ascii="Times New Roman" w:hAnsi="Times New Roman"/>
                <w:sz w:val="18"/>
              </w:rPr>
              <w:t>[TRANSFER / CONVERT / CANCEL]</w:t>
            </w:r>
          </w:p>
        </w:tc>
        <w:tc>
          <w:tcPr>
            <w:tcW w:type="dxa" w:w="1170"/>
            <w:vAlign w:val="center"/>
            <w:tcMar>
              <w:top w:w="55" w:type="dxa"/>
              <w:start w:w="70" w:type="dxa"/>
              <w:bottom w:w="55" w:type="dxa"/>
              <w:end w:w="70" w:type="dxa"/>
            </w:tcMar>
          </w:tcPr>
          <w:p>
            <w:pPr>
              <w:spacing w:after="0"/>
            </w:pPr>
            <w:r>
              <w:rPr>
                <w:rFonts w:ascii="Times New Roman" w:hAnsi="Times New Roman"/>
                <w:sz w:val="18"/>
              </w:rPr>
              <w:t>[APPROVAL]</w:t>
            </w:r>
          </w:p>
        </w:tc>
        <w:tc>
          <w:tcPr>
            <w:tcW w:type="dxa" w:w="1170"/>
            <w:vAlign w:val="center"/>
            <w:tcMar>
              <w:top w:w="55" w:type="dxa"/>
              <w:start w:w="70" w:type="dxa"/>
              <w:bottom w:w="55" w:type="dxa"/>
              <w:end w:w="70" w:type="dxa"/>
            </w:tcMar>
          </w:tcPr>
          <w:p>
            <w:pPr>
              <w:spacing w:after="0"/>
            </w:pPr>
            <w:r>
              <w:rPr>
                <w:rFonts w:ascii="Times New Roman" w:hAnsi="Times New Roman"/>
                <w:sz w:val="18"/>
              </w:rPr>
              <w:t>[AMOUNT / CLASS]</w:t>
            </w:r>
          </w:p>
        </w:tc>
        <w:tc>
          <w:tcPr>
            <w:tcW w:type="dxa" w:w="1170"/>
            <w:vAlign w:val="center"/>
            <w:tcMar>
              <w:top w:w="55" w:type="dxa"/>
              <w:start w:w="70" w:type="dxa"/>
              <w:bottom w:w="55" w:type="dxa"/>
              <w:end w:w="70" w:type="dxa"/>
            </w:tcMar>
          </w:tcPr>
          <w:p>
            <w:pPr>
              <w:spacing w:after="0"/>
            </w:pPr>
            <w:r>
              <w:rPr>
                <w:rFonts w:ascii="Times New Roman" w:hAnsi="Times New Roman"/>
                <w:sz w:val="18"/>
              </w:rPr>
              <w:t>[TERM]</w:t>
            </w:r>
          </w:p>
        </w:tc>
        <w:tc>
          <w:tcPr>
            <w:tcW w:type="dxa" w:w="1170"/>
            <w:vAlign w:val="center"/>
            <w:tcMar>
              <w:top w:w="55" w:type="dxa"/>
              <w:start w:w="70" w:type="dxa"/>
              <w:bottom w:w="55" w:type="dxa"/>
              <w:end w:w="70" w:type="dxa"/>
            </w:tcMar>
          </w:tcPr>
          <w:p>
            <w:pPr>
              <w:spacing w:after="0"/>
            </w:pPr>
            <w:r>
              <w:rPr>
                <w:rFonts w:ascii="Times New Roman" w:hAnsi="Times New Roman"/>
                <w:sz w:val="18"/>
              </w:rPr>
              <w:t>[LEDGER / STOCK POWER]</w:t>
            </w:r>
          </w:p>
        </w:tc>
        <w:tc>
          <w:tcPr>
            <w:tcW w:type="dxa" w:w="1170"/>
            <w:vAlign w:val="center"/>
            <w:tcMar>
              <w:top w:w="55" w:type="dxa"/>
              <w:start w:w="70" w:type="dxa"/>
              <w:bottom w:w="55" w:type="dxa"/>
              <w:end w:w="70" w:type="dxa"/>
            </w:tcMar>
          </w:tcPr>
          <w:p>
            <w:pPr>
              <w:spacing w:after="0"/>
            </w:pPr>
            <w:r>
              <w:rPr>
                <w:rFonts w:ascii="Times New Roman" w:hAnsi="Times New Roman"/>
                <w:sz w:val="18"/>
              </w:rPr>
              <w:t>[STATUS]</w:t>
            </w:r>
          </w:p>
        </w:tc>
      </w:tr>
      <w:tr>
        <w:trPr>
          <w:cantSplit/>
        </w:trPr>
        <w:tc>
          <w:tcPr>
            <w:tcW w:type="dxa" w:w="1170"/>
            <w:vAlign w:val="center"/>
            <w:tcMar>
              <w:top w:w="55" w:type="dxa"/>
              <w:start w:w="70" w:type="dxa"/>
              <w:bottom w:w="55" w:type="dxa"/>
              <w:end w:w="70" w:type="dxa"/>
            </w:tcMar>
          </w:tcPr>
          <w:p>
            <w:pPr>
              <w:spacing w:after="0"/>
            </w:pPr>
            <w:r>
              <w:rPr>
                <w:rFonts w:ascii="Times New Roman" w:hAnsi="Times New Roman"/>
                <w:sz w:val="18"/>
              </w:rPr>
              <w:t>EQ-02</w:t>
            </w:r>
          </w:p>
        </w:tc>
        <w:tc>
          <w:tcPr>
            <w:tcW w:type="dxa" w:w="1170"/>
            <w:vAlign w:val="center"/>
            <w:tcMar>
              <w:top w:w="55" w:type="dxa"/>
              <w:start w:w="70" w:type="dxa"/>
              <w:bottom w:w="55" w:type="dxa"/>
              <w:end w:w="70" w:type="dxa"/>
            </w:tcMar>
          </w:tcPr>
          <w:p>
            <w:pPr>
              <w:spacing w:after="0"/>
            </w:pPr>
            <w:r>
              <w:rPr>
                <w:rFonts w:ascii="Times New Roman" w:hAnsi="Times New Roman"/>
                <w:sz w:val="18"/>
              </w:rPr>
              <w:t>Options and restricted awards</w:t>
            </w:r>
          </w:p>
        </w:tc>
        <w:tc>
          <w:tcPr>
            <w:tcW w:type="dxa" w:w="1170"/>
            <w:vAlign w:val="center"/>
            <w:tcMar>
              <w:top w:w="55" w:type="dxa"/>
              <w:start w:w="70" w:type="dxa"/>
              <w:bottom w:w="55" w:type="dxa"/>
              <w:end w:w="70" w:type="dxa"/>
            </w:tcMar>
          </w:tcPr>
          <w:p>
            <w:pPr>
              <w:spacing w:after="0"/>
            </w:pPr>
            <w:r>
              <w:rPr>
                <w:rFonts w:ascii="Times New Roman" w:hAnsi="Times New Roman"/>
                <w:sz w:val="18"/>
              </w:rPr>
              <w:t>[CASH OUT / ASSUME / CANCEL]</w:t>
            </w:r>
          </w:p>
        </w:tc>
        <w:tc>
          <w:tcPr>
            <w:tcW w:type="dxa" w:w="1170"/>
            <w:vAlign w:val="center"/>
            <w:tcMar>
              <w:top w:w="55" w:type="dxa"/>
              <w:start w:w="70" w:type="dxa"/>
              <w:bottom w:w="55" w:type="dxa"/>
              <w:end w:w="70" w:type="dxa"/>
            </w:tcMar>
          </w:tcPr>
          <w:p>
            <w:pPr>
              <w:spacing w:after="0"/>
            </w:pPr>
            <w:r>
              <w:rPr>
                <w:rFonts w:ascii="Times New Roman" w:hAnsi="Times New Roman"/>
                <w:sz w:val="18"/>
              </w:rPr>
              <w:t>[BOARD / HOLDER]</w:t>
            </w:r>
          </w:p>
        </w:tc>
        <w:tc>
          <w:tcPr>
            <w:tcW w:type="dxa" w:w="1170"/>
            <w:vAlign w:val="center"/>
            <w:tcMar>
              <w:top w:w="55" w:type="dxa"/>
              <w:start w:w="70" w:type="dxa"/>
              <w:bottom w:w="55" w:type="dxa"/>
              <w:end w:w="70" w:type="dxa"/>
            </w:tcMar>
          </w:tcPr>
          <w:p>
            <w:pPr>
              <w:spacing w:after="0"/>
            </w:pPr>
            <w:r>
              <w:rPr>
                <w:rFonts w:ascii="Times New Roman" w:hAnsi="Times New Roman"/>
                <w:sz w:val="18"/>
              </w:rPr>
              <w:t>[AMOUNT]</w:t>
            </w:r>
          </w:p>
        </w:tc>
        <w:tc>
          <w:tcPr>
            <w:tcW w:type="dxa" w:w="1170"/>
            <w:vAlign w:val="center"/>
            <w:tcMar>
              <w:top w:w="55" w:type="dxa"/>
              <w:start w:w="70" w:type="dxa"/>
              <w:bottom w:w="55" w:type="dxa"/>
              <w:end w:w="70" w:type="dxa"/>
            </w:tcMar>
          </w:tcPr>
          <w:p>
            <w:pPr>
              <w:spacing w:after="0"/>
            </w:pPr>
            <w:r>
              <w:rPr>
                <w:rFonts w:ascii="Times New Roman" w:hAnsi="Times New Roman"/>
                <w:sz w:val="18"/>
              </w:rPr>
              <w:t>[409A / PAYROLL]</w:t>
            </w:r>
          </w:p>
        </w:tc>
        <w:tc>
          <w:tcPr>
            <w:tcW w:type="dxa" w:w="1170"/>
            <w:vAlign w:val="center"/>
            <w:tcMar>
              <w:top w:w="55" w:type="dxa"/>
              <w:start w:w="70" w:type="dxa"/>
              <w:bottom w:w="55" w:type="dxa"/>
              <w:end w:w="70" w:type="dxa"/>
            </w:tcMar>
          </w:tcPr>
          <w:p>
            <w:pPr>
              <w:spacing w:after="0"/>
            </w:pPr>
            <w:r>
              <w:rPr>
                <w:rFonts w:ascii="Times New Roman" w:hAnsi="Times New Roman"/>
                <w:sz w:val="18"/>
              </w:rPr>
              <w:t>[NOTICE / RELEASE]</w:t>
            </w:r>
          </w:p>
        </w:tc>
        <w:tc>
          <w:tcPr>
            <w:tcW w:type="dxa" w:w="1170"/>
            <w:vAlign w:val="center"/>
            <w:tcMar>
              <w:top w:w="55" w:type="dxa"/>
              <w:start w:w="70" w:type="dxa"/>
              <w:bottom w:w="55" w:type="dxa"/>
              <w:end w:w="70" w:type="dxa"/>
            </w:tcMar>
          </w:tcPr>
          <w:p>
            <w:pPr>
              <w:spacing w:after="0"/>
            </w:pPr>
            <w:r>
              <w:rPr>
                <w:rFonts w:ascii="Times New Roman" w:hAnsi="Times New Roman"/>
                <w:sz w:val="18"/>
              </w:rPr>
              <w:t>[STATUS]</w:t>
            </w:r>
          </w:p>
        </w:tc>
      </w:tr>
      <w:tr>
        <w:trPr>
          <w:cantSplit/>
        </w:trPr>
        <w:tc>
          <w:tcPr>
            <w:tcW w:type="dxa" w:w="1170"/>
            <w:vAlign w:val="center"/>
            <w:tcMar>
              <w:top w:w="55" w:type="dxa"/>
              <w:start w:w="70" w:type="dxa"/>
              <w:bottom w:w="55" w:type="dxa"/>
              <w:end w:w="70" w:type="dxa"/>
            </w:tcMar>
          </w:tcPr>
          <w:p>
            <w:pPr>
              <w:spacing w:after="0"/>
            </w:pPr>
            <w:r>
              <w:rPr>
                <w:rFonts w:ascii="Times New Roman" w:hAnsi="Times New Roman"/>
                <w:sz w:val="18"/>
              </w:rPr>
              <w:t>EQ-03</w:t>
            </w:r>
          </w:p>
        </w:tc>
        <w:tc>
          <w:tcPr>
            <w:tcW w:type="dxa" w:w="1170"/>
            <w:vAlign w:val="center"/>
            <w:tcMar>
              <w:top w:w="55" w:type="dxa"/>
              <w:start w:w="70" w:type="dxa"/>
              <w:bottom w:w="55" w:type="dxa"/>
              <w:end w:w="70" w:type="dxa"/>
            </w:tcMar>
          </w:tcPr>
          <w:p>
            <w:pPr>
              <w:spacing w:after="0"/>
            </w:pPr>
            <w:r>
              <w:rPr>
                <w:rFonts w:ascii="Times New Roman" w:hAnsi="Times New Roman"/>
                <w:sz w:val="18"/>
              </w:rPr>
              <w:t>Warrants SAFEs and notes</w:t>
            </w:r>
          </w:p>
        </w:tc>
        <w:tc>
          <w:tcPr>
            <w:tcW w:type="dxa" w:w="1170"/>
            <w:vAlign w:val="center"/>
            <w:tcMar>
              <w:top w:w="55" w:type="dxa"/>
              <w:start w:w="70" w:type="dxa"/>
              <w:bottom w:w="55" w:type="dxa"/>
              <w:end w:w="70" w:type="dxa"/>
            </w:tcMar>
          </w:tcPr>
          <w:p>
            <w:pPr>
              <w:spacing w:after="0"/>
            </w:pPr>
            <w:r>
              <w:rPr>
                <w:rFonts w:ascii="Times New Roman" w:hAnsi="Times New Roman"/>
                <w:sz w:val="18"/>
              </w:rPr>
              <w:t>[EXERCISE / CONVERT / PAY / TERMINATE]</w:t>
            </w:r>
          </w:p>
        </w:tc>
        <w:tc>
          <w:tcPr>
            <w:tcW w:type="dxa" w:w="1170"/>
            <w:vAlign w:val="center"/>
            <w:tcMar>
              <w:top w:w="55" w:type="dxa"/>
              <w:start w:w="70" w:type="dxa"/>
              <w:bottom w:w="55" w:type="dxa"/>
              <w:end w:w="70" w:type="dxa"/>
            </w:tcMar>
          </w:tcPr>
          <w:p>
            <w:pPr>
              <w:spacing w:after="0"/>
            </w:pPr>
            <w:r>
              <w:rPr>
                <w:rFonts w:ascii="Times New Roman" w:hAnsi="Times New Roman"/>
                <w:sz w:val="18"/>
              </w:rPr>
              <w:t>[CONSENT]</w:t>
            </w:r>
          </w:p>
        </w:tc>
        <w:tc>
          <w:tcPr>
            <w:tcW w:type="dxa" w:w="1170"/>
            <w:vAlign w:val="center"/>
            <w:tcMar>
              <w:top w:w="55" w:type="dxa"/>
              <w:start w:w="70" w:type="dxa"/>
              <w:bottom w:w="55" w:type="dxa"/>
              <w:end w:w="70" w:type="dxa"/>
            </w:tcMar>
          </w:tcPr>
          <w:p>
            <w:pPr>
              <w:spacing w:after="0"/>
            </w:pPr>
            <w:r>
              <w:rPr>
                <w:rFonts w:ascii="Times New Roman" w:hAnsi="Times New Roman"/>
                <w:sz w:val="18"/>
              </w:rPr>
              <w:t>[AMOUNT]</w:t>
            </w:r>
          </w:p>
        </w:tc>
        <w:tc>
          <w:tcPr>
            <w:tcW w:type="dxa" w:w="1170"/>
            <w:vAlign w:val="center"/>
            <w:tcMar>
              <w:top w:w="55" w:type="dxa"/>
              <w:start w:w="70" w:type="dxa"/>
              <w:bottom w:w="55" w:type="dxa"/>
              <w:end w:w="70" w:type="dxa"/>
            </w:tcMar>
          </w:tcPr>
          <w:p>
            <w:pPr>
              <w:spacing w:after="0"/>
            </w:pPr>
            <w:r>
              <w:rPr>
                <w:rFonts w:ascii="Times New Roman" w:hAnsi="Times New Roman"/>
                <w:sz w:val="18"/>
              </w:rPr>
              <w:t>[TERM]</w:t>
            </w:r>
          </w:p>
        </w:tc>
        <w:tc>
          <w:tcPr>
            <w:tcW w:type="dxa" w:w="1170"/>
            <w:vAlign w:val="center"/>
            <w:tcMar>
              <w:top w:w="55" w:type="dxa"/>
              <w:start w:w="70" w:type="dxa"/>
              <w:bottom w:w="55" w:type="dxa"/>
              <w:end w:w="70" w:type="dxa"/>
            </w:tcMar>
          </w:tcPr>
          <w:p>
            <w:pPr>
              <w:spacing w:after="0"/>
            </w:pPr>
            <w:r>
              <w:rPr>
                <w:rFonts w:ascii="Times New Roman" w:hAnsi="Times New Roman"/>
                <w:sz w:val="18"/>
              </w:rPr>
              <w:t>[AGREEMENT]</w:t>
            </w:r>
          </w:p>
        </w:tc>
        <w:tc>
          <w:tcPr>
            <w:tcW w:type="dxa" w:w="1170"/>
            <w:vAlign w:val="center"/>
            <w:tcMar>
              <w:top w:w="55" w:type="dxa"/>
              <w:start w:w="70" w:type="dxa"/>
              <w:bottom w:w="55" w:type="dxa"/>
              <w:end w:w="70" w:type="dxa"/>
            </w:tcMar>
          </w:tcPr>
          <w:p>
            <w:pPr>
              <w:spacing w:after="0"/>
            </w:pPr>
            <w:r>
              <w:rPr>
                <w:rFonts w:ascii="Times New Roman" w:hAnsi="Times New Roman"/>
                <w:sz w:val="18"/>
              </w:rPr>
              <w:t>[STATUS]</w:t>
            </w:r>
          </w:p>
        </w:tc>
      </w:tr>
      <w:tr>
        <w:trPr>
          <w:cantSplit/>
        </w:trPr>
        <w:tc>
          <w:tcPr>
            <w:tcW w:type="dxa" w:w="1170"/>
            <w:vAlign w:val="center"/>
            <w:tcMar>
              <w:top w:w="55" w:type="dxa"/>
              <w:start w:w="70" w:type="dxa"/>
              <w:bottom w:w="55" w:type="dxa"/>
              <w:end w:w="70" w:type="dxa"/>
            </w:tcMar>
          </w:tcPr>
          <w:p>
            <w:pPr>
              <w:spacing w:after="0"/>
            </w:pPr>
            <w:r>
              <w:rPr>
                <w:rFonts w:ascii="Times New Roman" w:hAnsi="Times New Roman"/>
                <w:sz w:val="18"/>
              </w:rPr>
              <w:t>EQ-04</w:t>
            </w:r>
          </w:p>
        </w:tc>
        <w:tc>
          <w:tcPr>
            <w:tcW w:type="dxa" w:w="1170"/>
            <w:vAlign w:val="center"/>
            <w:tcMar>
              <w:top w:w="55" w:type="dxa"/>
              <w:start w:w="70" w:type="dxa"/>
              <w:bottom w:w="55" w:type="dxa"/>
              <w:end w:w="70" w:type="dxa"/>
            </w:tcMar>
          </w:tcPr>
          <w:p>
            <w:pPr>
              <w:spacing w:after="0"/>
            </w:pPr>
            <w:r>
              <w:rPr>
                <w:rFonts w:ascii="Times New Roman" w:hAnsi="Times New Roman"/>
                <w:sz w:val="18"/>
              </w:rPr>
              <w:t>Lost certificates or title exceptions</w:t>
            </w:r>
          </w:p>
        </w:tc>
        <w:tc>
          <w:tcPr>
            <w:tcW w:type="dxa" w:w="1170"/>
            <w:vAlign w:val="center"/>
            <w:tcMar>
              <w:top w:w="55" w:type="dxa"/>
              <w:start w:w="70" w:type="dxa"/>
              <w:bottom w:w="55" w:type="dxa"/>
              <w:end w:w="70" w:type="dxa"/>
            </w:tcMar>
          </w:tcPr>
          <w:p>
            <w:pPr>
              <w:spacing w:after="0"/>
            </w:pPr>
            <w:r>
              <w:rPr>
                <w:rFonts w:ascii="Times New Roman" w:hAnsi="Times New Roman"/>
                <w:sz w:val="18"/>
              </w:rPr>
              <w:t>[AFFIDAVIT / INDEMNITY / BOND]</w:t>
            </w:r>
          </w:p>
        </w:tc>
        <w:tc>
          <w:tcPr>
            <w:tcW w:type="dxa" w:w="1170"/>
            <w:vAlign w:val="center"/>
            <w:tcMar>
              <w:top w:w="55" w:type="dxa"/>
              <w:start w:w="70" w:type="dxa"/>
              <w:bottom w:w="55" w:type="dxa"/>
              <w:end w:w="70" w:type="dxa"/>
            </w:tcMar>
          </w:tcPr>
          <w:p>
            <w:pPr>
              <w:spacing w:after="0"/>
            </w:pPr>
            <w:r>
              <w:rPr>
                <w:rFonts w:ascii="Times New Roman" w:hAnsi="Times New Roman"/>
                <w:sz w:val="18"/>
              </w:rPr>
              <w:t>[AGENT]</w:t>
            </w:r>
          </w:p>
        </w:tc>
        <w:tc>
          <w:tcPr>
            <w:tcW w:type="dxa" w:w="1170"/>
            <w:vAlign w:val="center"/>
            <w:tcMar>
              <w:top w:w="55" w:type="dxa"/>
              <w:start w:w="70" w:type="dxa"/>
              <w:bottom w:w="55" w:type="dxa"/>
              <w:end w:w="70" w:type="dxa"/>
            </w:tcMar>
          </w:tcPr>
          <w:p>
            <w:pPr>
              <w:spacing w:after="0"/>
            </w:pPr>
            <w:r>
              <w:rPr>
                <w:rFonts w:ascii="Times New Roman" w:hAnsi="Times New Roman"/>
                <w:sz w:val="18"/>
              </w:rPr>
              <w:t>[HOLD / PAY]</w:t>
            </w:r>
          </w:p>
        </w:tc>
        <w:tc>
          <w:tcPr>
            <w:tcW w:type="dxa" w:w="1170"/>
            <w:vAlign w:val="center"/>
            <w:tcMar>
              <w:top w:w="55" w:type="dxa"/>
              <w:start w:w="70" w:type="dxa"/>
              <w:bottom w:w="55" w:type="dxa"/>
              <w:end w:w="70" w:type="dxa"/>
            </w:tcMar>
          </w:tcPr>
          <w:p>
            <w:pPr>
              <w:spacing w:after="0"/>
            </w:pPr>
            <w:r>
              <w:rPr>
                <w:rFonts w:ascii="Times New Roman" w:hAnsi="Times New Roman"/>
                <w:sz w:val="18"/>
              </w:rPr>
              <w:t>[N/A]</w:t>
            </w:r>
          </w:p>
        </w:tc>
        <w:tc>
          <w:tcPr>
            <w:tcW w:type="dxa" w:w="1170"/>
            <w:vAlign w:val="center"/>
            <w:tcMar>
              <w:top w:w="55" w:type="dxa"/>
              <w:start w:w="70" w:type="dxa"/>
              <w:bottom w:w="55" w:type="dxa"/>
              <w:end w:w="70" w:type="dxa"/>
            </w:tcMar>
          </w:tcPr>
          <w:p>
            <w:pPr>
              <w:spacing w:after="0"/>
            </w:pPr>
            <w:r>
              <w:rPr>
                <w:rFonts w:ascii="Times New Roman" w:hAnsi="Times New Roman"/>
                <w:sz w:val="18"/>
              </w:rPr>
              <w:t>[AFFIDAVIT]</w:t>
            </w:r>
          </w:p>
        </w:tc>
        <w:tc>
          <w:tcPr>
            <w:tcW w:type="dxa" w:w="1170"/>
            <w:vAlign w:val="center"/>
            <w:tcMar>
              <w:top w:w="55" w:type="dxa"/>
              <w:start w:w="70" w:type="dxa"/>
              <w:bottom w:w="55" w:type="dxa"/>
              <w:end w:w="70" w:type="dxa"/>
            </w:tcMar>
          </w:tcPr>
          <w:p>
            <w:pPr>
              <w:spacing w:after="0"/>
            </w:pPr>
            <w:r>
              <w:rPr>
                <w:rFonts w:ascii="Times New Roman" w:hAnsi="Times New Roman"/>
                <w:sz w:val="18"/>
              </w:rPr>
              <w:t>[STATUS]</w:t>
            </w:r>
          </w:p>
        </w:tc>
      </w:tr>
    </w:tbl>
    <w:p>
      <w:pPr>
        <w:widowControl/>
        <w:spacing w:after="20"/>
      </w:pPr>
    </w:p>
    <w:p>
      <w:pPr>
        <w:pStyle w:val="Heading3"/>
        <w:widowControl/>
        <w:ind w:left="0" w:firstLine="0"/>
      </w:pPr>
      <w:r>
        <w:rPr>
          <w:rFonts w:ascii="Times New Roman" w:hAnsi="Times New Roman"/>
          <w:b/>
          <w:sz w:val="22"/>
          <w:u w:val="single"/>
        </w:rPr>
        <w:t>3.3 Holder communications</w:t>
      </w:r>
    </w:p>
    <w:p>
      <w:pPr>
        <w:widowControl/>
        <w:ind w:firstLine="720"/>
        <w:jc w:val="both"/>
      </w:pPr>
      <w:r>
        <w:t>Track information statement, appraisal or dissenters’ notice, letter of transmittal, exchange instructions, Tax forms, support or joinder agreements, consents, deadlines, delivery method, evidence of receipt, and unresponsive holders. Ministerial payment documents must not silently add a release or obligation not authorized by the acquisition agreement and law.</w:t>
      </w:r>
    </w:p>
    <w:p>
      <w:pPr>
        <w:pStyle w:val="Heading2"/>
        <w:widowControl/>
        <w:ind w:left="0" w:firstLine="0"/>
      </w:pPr>
      <w:r>
        <w:rPr>
          <w:rFonts w:ascii="Times New Roman" w:hAnsi="Times New Roman"/>
          <w:b/>
          <w:sz w:val="22"/>
          <w:u w:val="single"/>
        </w:rPr>
        <w:t>4. Transaction Documents</w:t>
      </w:r>
    </w:p>
    <w:tbl>
      <w:tblPr>
        <w:tblStyle w:val="TableGrid"/>
        <w:tblW w:type="auto" w:w="0"/>
        <w:jc w:val="center"/>
        <w:tblLayout w:type="fixed"/>
        <w:tblLook w:firstColumn="1" w:firstRow="1" w:lastColumn="0" w:lastRow="0" w:noHBand="0" w:noVBand="1" w:val="04A0"/>
        <w:tblBorders>
          <w:top w:val="single" w:color="D9D9D9" w:sz="4"/>
          <w:left w:val="single" w:color="D9D9D9" w:sz="4"/>
          <w:bottom w:val="single" w:color="D9D9D9" w:sz="4"/>
          <w:right w:val="single" w:color="D9D9D9" w:sz="4"/>
          <w:insideH w:val="single" w:color="D9D9D9" w:sz="4"/>
          <w:insideV w:val="single" w:color="D9D9D9" w:sz="4"/>
        </w:tblBorders>
      </w:tblPr>
      <w:tblGrid>
        <w:gridCol w:w="1040"/>
        <w:gridCol w:w="1040"/>
        <w:gridCol w:w="1040"/>
        <w:gridCol w:w="1040"/>
        <w:gridCol w:w="1040"/>
        <w:gridCol w:w="1040"/>
        <w:gridCol w:w="1040"/>
        <w:gridCol w:w="1040"/>
        <w:gridCol w:w="1040"/>
      </w:tblGrid>
      <w:tr>
        <w:trPr>
          <w:tblHeader w:val="true"/>
          <w:cantSplit/>
        </w:trPr>
        <w:tc>
          <w:tcPr>
            <w:tcW w:type="dxa" w:w="1040"/>
            <w:vAlign w:val="center"/>
            <w:tcMar>
              <w:top w:w="55" w:type="dxa"/>
              <w:start w:w="70" w:type="dxa"/>
              <w:bottom w:w="55" w:type="dxa"/>
              <w:end w:w="70" w:type="dxa"/>
            </w:tcMar>
            <w:shd w:fill="DCE6F1"/>
          </w:tcPr>
          <w:p>
            <w:pPr>
              <w:spacing w:after="0"/>
            </w:pPr>
            <w:r>
              <w:rPr>
                <w:rFonts w:ascii="Times New Roman" w:hAnsi="Times New Roman"/>
                <w:b/>
                <w:sz w:val="18"/>
              </w:rPr>
              <w:t>ID</w:t>
            </w:r>
          </w:p>
        </w:tc>
        <w:tc>
          <w:tcPr>
            <w:tcW w:type="dxa" w:w="1040"/>
            <w:vAlign w:val="center"/>
            <w:tcMar>
              <w:top w:w="55" w:type="dxa"/>
              <w:start w:w="70" w:type="dxa"/>
              <w:bottom w:w="55" w:type="dxa"/>
              <w:end w:w="70" w:type="dxa"/>
            </w:tcMar>
            <w:shd w:fill="DCE6F1"/>
          </w:tcPr>
          <w:p>
            <w:pPr>
              <w:spacing w:after="0"/>
            </w:pPr>
            <w:r>
              <w:rPr>
                <w:rFonts w:ascii="Times New Roman" w:hAnsi="Times New Roman"/>
                <w:b/>
                <w:sz w:val="18"/>
              </w:rPr>
              <w:t>Document</w:t>
            </w:r>
          </w:p>
        </w:tc>
        <w:tc>
          <w:tcPr>
            <w:tcW w:type="dxa" w:w="1040"/>
            <w:vAlign w:val="center"/>
            <w:tcMar>
              <w:top w:w="55" w:type="dxa"/>
              <w:start w:w="70" w:type="dxa"/>
              <w:bottom w:w="55" w:type="dxa"/>
              <w:end w:w="70" w:type="dxa"/>
            </w:tcMar>
            <w:shd w:fill="DCE6F1"/>
          </w:tcPr>
          <w:p>
            <w:pPr>
              <w:spacing w:after="0"/>
            </w:pPr>
            <w:r>
              <w:rPr>
                <w:rFonts w:ascii="Times New Roman" w:hAnsi="Times New Roman"/>
                <w:b/>
                <w:sz w:val="18"/>
              </w:rPr>
              <w:t>Version and date</w:t>
            </w:r>
          </w:p>
        </w:tc>
        <w:tc>
          <w:tcPr>
            <w:tcW w:type="dxa" w:w="1040"/>
            <w:vAlign w:val="center"/>
            <w:tcMar>
              <w:top w:w="55" w:type="dxa"/>
              <w:start w:w="70" w:type="dxa"/>
              <w:bottom w:w="55" w:type="dxa"/>
              <w:end w:w="70" w:type="dxa"/>
            </w:tcMar>
            <w:shd w:fill="DCE6F1"/>
          </w:tcPr>
          <w:p>
            <w:pPr>
              <w:spacing w:after="0"/>
            </w:pPr>
            <w:r>
              <w:rPr>
                <w:rFonts w:ascii="Times New Roman" w:hAnsi="Times New Roman"/>
                <w:b/>
                <w:sz w:val="18"/>
              </w:rPr>
              <w:t>Parties</w:t>
            </w:r>
          </w:p>
        </w:tc>
        <w:tc>
          <w:tcPr>
            <w:tcW w:type="dxa" w:w="1040"/>
            <w:vAlign w:val="center"/>
            <w:tcMar>
              <w:top w:w="55" w:type="dxa"/>
              <w:start w:w="70" w:type="dxa"/>
              <w:bottom w:w="55" w:type="dxa"/>
              <w:end w:w="70" w:type="dxa"/>
            </w:tcMar>
            <w:shd w:fill="DCE6F1"/>
          </w:tcPr>
          <w:p>
            <w:pPr>
              <w:spacing w:after="0"/>
            </w:pPr>
            <w:r>
              <w:rPr>
                <w:rFonts w:ascii="Times New Roman" w:hAnsi="Times New Roman"/>
                <w:b/>
                <w:sz w:val="18"/>
              </w:rPr>
              <w:t>Required schedules or exhibits</w:t>
            </w:r>
          </w:p>
        </w:tc>
        <w:tc>
          <w:tcPr>
            <w:tcW w:type="dxa" w:w="1040"/>
            <w:vAlign w:val="center"/>
            <w:tcMar>
              <w:top w:w="55" w:type="dxa"/>
              <w:start w:w="70" w:type="dxa"/>
              <w:bottom w:w="55" w:type="dxa"/>
              <w:end w:w="70" w:type="dxa"/>
            </w:tcMar>
            <w:shd w:fill="DCE6F1"/>
          </w:tcPr>
          <w:p>
            <w:pPr>
              <w:spacing w:after="0"/>
            </w:pPr>
            <w:r>
              <w:rPr>
                <w:rFonts w:ascii="Times New Roman" w:hAnsi="Times New Roman"/>
                <w:b/>
                <w:sz w:val="18"/>
              </w:rPr>
              <w:t>Responsible drafter</w:t>
            </w:r>
          </w:p>
        </w:tc>
        <w:tc>
          <w:tcPr>
            <w:tcW w:type="dxa" w:w="1040"/>
            <w:vAlign w:val="center"/>
            <w:tcMar>
              <w:top w:w="55" w:type="dxa"/>
              <w:start w:w="70" w:type="dxa"/>
              <w:bottom w:w="55" w:type="dxa"/>
              <w:end w:w="70" w:type="dxa"/>
            </w:tcMar>
            <w:shd w:fill="DCE6F1"/>
          </w:tcPr>
          <w:p>
            <w:pPr>
              <w:spacing w:after="0"/>
            </w:pPr>
            <w:r>
              <w:rPr>
                <w:rFonts w:ascii="Times New Roman" w:hAnsi="Times New Roman"/>
                <w:b/>
                <w:sz w:val="18"/>
              </w:rPr>
              <w:t>Review status</w:t>
            </w:r>
          </w:p>
        </w:tc>
        <w:tc>
          <w:tcPr>
            <w:tcW w:type="dxa" w:w="1040"/>
            <w:vAlign w:val="center"/>
            <w:tcMar>
              <w:top w:w="55" w:type="dxa"/>
              <w:start w:w="70" w:type="dxa"/>
              <w:bottom w:w="55" w:type="dxa"/>
              <w:end w:w="70" w:type="dxa"/>
            </w:tcMar>
            <w:shd w:fill="DCE6F1"/>
          </w:tcPr>
          <w:p>
            <w:pPr>
              <w:spacing w:after="0"/>
            </w:pPr>
            <w:r>
              <w:rPr>
                <w:rFonts w:ascii="Times New Roman" w:hAnsi="Times New Roman"/>
                <w:b/>
                <w:sz w:val="18"/>
              </w:rPr>
              <w:t>Signature status</w:t>
            </w:r>
          </w:p>
        </w:tc>
        <w:tc>
          <w:tcPr>
            <w:tcW w:type="dxa" w:w="1040"/>
            <w:vAlign w:val="center"/>
            <w:tcMar>
              <w:top w:w="55" w:type="dxa"/>
              <w:start w:w="70" w:type="dxa"/>
              <w:bottom w:w="55" w:type="dxa"/>
              <w:end w:w="70" w:type="dxa"/>
            </w:tcMar>
            <w:shd w:fill="DCE6F1"/>
          </w:tcPr>
          <w:p>
            <w:pPr>
              <w:spacing w:after="0"/>
            </w:pPr>
            <w:r>
              <w:rPr>
                <w:rFonts w:ascii="Times New Roman" w:hAnsi="Times New Roman"/>
                <w:b/>
                <w:sz w:val="18"/>
              </w:rPr>
              <w:t>Release condition</w:t>
            </w:r>
          </w:p>
        </w:tc>
      </w:tr>
      <w:tr>
        <w:trPr>
          <w:cantSplit/>
        </w:trPr>
        <w:tc>
          <w:tcPr>
            <w:tcW w:type="dxa" w:w="1040"/>
            <w:vAlign w:val="center"/>
            <w:tcMar>
              <w:top w:w="55" w:type="dxa"/>
              <w:start w:w="70" w:type="dxa"/>
              <w:bottom w:w="55" w:type="dxa"/>
              <w:end w:w="70" w:type="dxa"/>
            </w:tcMar>
          </w:tcPr>
          <w:p>
            <w:pPr>
              <w:spacing w:after="0"/>
            </w:pPr>
            <w:r>
              <w:rPr>
                <w:rFonts w:ascii="Times New Roman" w:hAnsi="Times New Roman"/>
                <w:sz w:val="18"/>
              </w:rPr>
              <w:t>DOC-01</w:t>
            </w:r>
          </w:p>
        </w:tc>
        <w:tc>
          <w:tcPr>
            <w:tcW w:type="dxa" w:w="1040"/>
            <w:vAlign w:val="center"/>
            <w:tcMar>
              <w:top w:w="55" w:type="dxa"/>
              <w:start w:w="70" w:type="dxa"/>
              <w:bottom w:w="55" w:type="dxa"/>
              <w:end w:w="70" w:type="dxa"/>
            </w:tcMar>
          </w:tcPr>
          <w:p>
            <w:pPr>
              <w:spacing w:after="0"/>
            </w:pPr>
            <w:r>
              <w:rPr>
                <w:rFonts w:ascii="Times New Roman" w:hAnsi="Times New Roman"/>
                <w:sz w:val="18"/>
              </w:rPr>
              <w:t>Acquisition agreement and amendments</w:t>
            </w:r>
          </w:p>
        </w:tc>
        <w:tc>
          <w:tcPr>
            <w:tcW w:type="dxa" w:w="1040"/>
            <w:vAlign w:val="center"/>
            <w:tcMar>
              <w:top w:w="55" w:type="dxa"/>
              <w:start w:w="70" w:type="dxa"/>
              <w:bottom w:w="55" w:type="dxa"/>
              <w:end w:w="70" w:type="dxa"/>
            </w:tcMar>
          </w:tcPr>
          <w:p>
            <w:pPr>
              <w:spacing w:after="0"/>
            </w:pPr>
            <w:r>
              <w:rPr>
                <w:rFonts w:ascii="Times New Roman" w:hAnsi="Times New Roman"/>
                <w:sz w:val="18"/>
              </w:rPr>
              <w:t>[VERSION]</w:t>
            </w:r>
          </w:p>
        </w:tc>
        <w:tc>
          <w:tcPr>
            <w:tcW w:type="dxa" w:w="1040"/>
            <w:vAlign w:val="center"/>
            <w:tcMar>
              <w:top w:w="55" w:type="dxa"/>
              <w:start w:w="70" w:type="dxa"/>
              <w:bottom w:w="55" w:type="dxa"/>
              <w:end w:w="70" w:type="dxa"/>
            </w:tcMar>
          </w:tcPr>
          <w:p>
            <w:pPr>
              <w:spacing w:after="0"/>
            </w:pPr>
            <w:r>
              <w:rPr>
                <w:rFonts w:ascii="Times New Roman" w:hAnsi="Times New Roman"/>
                <w:sz w:val="18"/>
              </w:rPr>
              <w:t>[PARTIES]</w:t>
            </w:r>
          </w:p>
        </w:tc>
        <w:tc>
          <w:tcPr>
            <w:tcW w:type="dxa" w:w="1040"/>
            <w:vAlign w:val="center"/>
            <w:tcMar>
              <w:top w:w="55" w:type="dxa"/>
              <w:start w:w="70" w:type="dxa"/>
              <w:bottom w:w="55" w:type="dxa"/>
              <w:end w:w="70" w:type="dxa"/>
            </w:tcMar>
          </w:tcPr>
          <w:p>
            <w:pPr>
              <w:spacing w:after="0"/>
            </w:pPr>
            <w:r>
              <w:rPr>
                <w:rFonts w:ascii="Times New Roman" w:hAnsi="Times New Roman"/>
                <w:sz w:val="18"/>
              </w:rPr>
              <w:t>[LIST]</w:t>
            </w:r>
          </w:p>
        </w:tc>
        <w:tc>
          <w:tcPr>
            <w:tcW w:type="dxa" w:w="1040"/>
            <w:vAlign w:val="center"/>
            <w:tcMar>
              <w:top w:w="55" w:type="dxa"/>
              <w:start w:w="70" w:type="dxa"/>
              <w:bottom w:w="55" w:type="dxa"/>
              <w:end w:w="70" w:type="dxa"/>
            </w:tcMar>
          </w:tcPr>
          <w:p>
            <w:pPr>
              <w:spacing w:after="0"/>
            </w:pPr>
            <w:r>
              <w:rPr>
                <w:rFonts w:ascii="Times New Roman" w:hAnsi="Times New Roman"/>
                <w:sz w:val="18"/>
              </w:rPr>
              <w:t>[OWNER]</w:t>
            </w:r>
          </w:p>
        </w:tc>
        <w:tc>
          <w:tcPr>
            <w:tcW w:type="dxa" w:w="1040"/>
            <w:vAlign w:val="center"/>
            <w:tcMar>
              <w:top w:w="55" w:type="dxa"/>
              <w:start w:w="70" w:type="dxa"/>
              <w:bottom w:w="55" w:type="dxa"/>
              <w:end w:w="70" w:type="dxa"/>
            </w:tcMar>
          </w:tcPr>
          <w:p>
            <w:pPr>
              <w:spacing w:after="0"/>
            </w:pPr>
            <w:r>
              <w:rPr>
                <w:rFonts w:ascii="Times New Roman" w:hAnsi="Times New Roman"/>
                <w:sz w:val="18"/>
              </w:rPr>
              <w:t>[STATUS]</w:t>
            </w:r>
          </w:p>
        </w:tc>
        <w:tc>
          <w:tcPr>
            <w:tcW w:type="dxa" w:w="1040"/>
            <w:vAlign w:val="center"/>
            <w:tcMar>
              <w:top w:w="55" w:type="dxa"/>
              <w:start w:w="70" w:type="dxa"/>
              <w:bottom w:w="55" w:type="dxa"/>
              <w:end w:w="70" w:type="dxa"/>
            </w:tcMar>
          </w:tcPr>
          <w:p>
            <w:pPr>
              <w:spacing w:after="0"/>
            </w:pPr>
            <w:r>
              <w:rPr>
                <w:rFonts w:ascii="Times New Roman" w:hAnsi="Times New Roman"/>
                <w:sz w:val="18"/>
              </w:rPr>
              <w:t>[STATUS]</w:t>
            </w:r>
          </w:p>
        </w:tc>
        <w:tc>
          <w:tcPr>
            <w:tcW w:type="dxa" w:w="1040"/>
            <w:vAlign w:val="center"/>
            <w:tcMar>
              <w:top w:w="55" w:type="dxa"/>
              <w:start w:w="70" w:type="dxa"/>
              <w:bottom w:w="55" w:type="dxa"/>
              <w:end w:w="70" w:type="dxa"/>
            </w:tcMar>
          </w:tcPr>
          <w:p>
            <w:pPr>
              <w:spacing w:after="0"/>
            </w:pPr>
            <w:r>
              <w:rPr>
                <w:rFonts w:ascii="Times New Roman" w:hAnsi="Times New Roman"/>
                <w:sz w:val="18"/>
              </w:rPr>
              <w:t>[CONDITION]</w:t>
            </w:r>
          </w:p>
        </w:tc>
      </w:tr>
      <w:tr>
        <w:trPr>
          <w:cantSplit/>
        </w:trPr>
        <w:tc>
          <w:tcPr>
            <w:tcW w:type="dxa" w:w="1040"/>
            <w:vAlign w:val="center"/>
            <w:tcMar>
              <w:top w:w="55" w:type="dxa"/>
              <w:start w:w="70" w:type="dxa"/>
              <w:bottom w:w="55" w:type="dxa"/>
              <w:end w:w="70" w:type="dxa"/>
            </w:tcMar>
          </w:tcPr>
          <w:p>
            <w:pPr>
              <w:spacing w:after="0"/>
            </w:pPr>
            <w:r>
              <w:rPr>
                <w:rFonts w:ascii="Times New Roman" w:hAnsi="Times New Roman"/>
                <w:sz w:val="18"/>
              </w:rPr>
              <w:t>DOC-02</w:t>
            </w:r>
          </w:p>
        </w:tc>
        <w:tc>
          <w:tcPr>
            <w:tcW w:type="dxa" w:w="1040"/>
            <w:vAlign w:val="center"/>
            <w:tcMar>
              <w:top w:w="55" w:type="dxa"/>
              <w:start w:w="70" w:type="dxa"/>
              <w:bottom w:w="55" w:type="dxa"/>
              <w:end w:w="70" w:type="dxa"/>
            </w:tcMar>
          </w:tcPr>
          <w:p>
            <w:pPr>
              <w:spacing w:after="0"/>
            </w:pPr>
            <w:r>
              <w:rPr>
                <w:rFonts w:ascii="Times New Roman" w:hAnsi="Times New Roman"/>
                <w:sz w:val="18"/>
              </w:rPr>
              <w:t>Disclosure Schedules</w:t>
            </w:r>
          </w:p>
        </w:tc>
        <w:tc>
          <w:tcPr>
            <w:tcW w:type="dxa" w:w="1040"/>
            <w:vAlign w:val="center"/>
            <w:tcMar>
              <w:top w:w="55" w:type="dxa"/>
              <w:start w:w="70" w:type="dxa"/>
              <w:bottom w:w="55" w:type="dxa"/>
              <w:end w:w="70" w:type="dxa"/>
            </w:tcMar>
          </w:tcPr>
          <w:p>
            <w:pPr>
              <w:spacing w:after="0"/>
            </w:pPr>
            <w:r>
              <w:rPr>
                <w:rFonts w:ascii="Times New Roman" w:hAnsi="Times New Roman"/>
                <w:sz w:val="18"/>
              </w:rPr>
              <w:t>[VERSION]</w:t>
            </w:r>
          </w:p>
        </w:tc>
        <w:tc>
          <w:tcPr>
            <w:tcW w:type="dxa" w:w="1040"/>
            <w:vAlign w:val="center"/>
            <w:tcMar>
              <w:top w:w="55" w:type="dxa"/>
              <w:start w:w="70" w:type="dxa"/>
              <w:bottom w:w="55" w:type="dxa"/>
              <w:end w:w="70" w:type="dxa"/>
            </w:tcMar>
          </w:tcPr>
          <w:p>
            <w:pPr>
              <w:spacing w:after="0"/>
            </w:pPr>
            <w:r>
              <w:rPr>
                <w:rFonts w:ascii="Times New Roman" w:hAnsi="Times New Roman"/>
                <w:sz w:val="18"/>
              </w:rPr>
              <w:t>[COMPANY / SELLERS]</w:t>
            </w:r>
          </w:p>
        </w:tc>
        <w:tc>
          <w:tcPr>
            <w:tcW w:type="dxa" w:w="1040"/>
            <w:vAlign w:val="center"/>
            <w:tcMar>
              <w:top w:w="55" w:type="dxa"/>
              <w:start w:w="70" w:type="dxa"/>
              <w:bottom w:w="55" w:type="dxa"/>
              <w:end w:w="70" w:type="dxa"/>
            </w:tcMar>
          </w:tcPr>
          <w:p>
            <w:pPr>
              <w:spacing w:after="0"/>
            </w:pPr>
            <w:r>
              <w:rPr>
                <w:rFonts w:ascii="Times New Roman" w:hAnsi="Times New Roman"/>
                <w:sz w:val="18"/>
              </w:rPr>
              <w:t>[INDEX]</w:t>
            </w:r>
          </w:p>
        </w:tc>
        <w:tc>
          <w:tcPr>
            <w:tcW w:type="dxa" w:w="1040"/>
            <w:vAlign w:val="center"/>
            <w:tcMar>
              <w:top w:w="55" w:type="dxa"/>
              <w:start w:w="70" w:type="dxa"/>
              <w:bottom w:w="55" w:type="dxa"/>
              <w:end w:w="70" w:type="dxa"/>
            </w:tcMar>
          </w:tcPr>
          <w:p>
            <w:pPr>
              <w:spacing w:after="0"/>
            </w:pPr>
            <w:r>
              <w:rPr>
                <w:rFonts w:ascii="Times New Roman" w:hAnsi="Times New Roman"/>
                <w:sz w:val="18"/>
              </w:rPr>
              <w:t>[OWNER]</w:t>
            </w:r>
          </w:p>
        </w:tc>
        <w:tc>
          <w:tcPr>
            <w:tcW w:type="dxa" w:w="1040"/>
            <w:vAlign w:val="center"/>
            <w:tcMar>
              <w:top w:w="55" w:type="dxa"/>
              <w:start w:w="70" w:type="dxa"/>
              <w:bottom w:w="55" w:type="dxa"/>
              <w:end w:w="70" w:type="dxa"/>
            </w:tcMar>
          </w:tcPr>
          <w:p>
            <w:pPr>
              <w:spacing w:after="0"/>
            </w:pPr>
            <w:r>
              <w:rPr>
                <w:rFonts w:ascii="Times New Roman" w:hAnsi="Times New Roman"/>
                <w:sz w:val="18"/>
              </w:rPr>
              <w:t>[STATUS]</w:t>
            </w:r>
          </w:p>
        </w:tc>
        <w:tc>
          <w:tcPr>
            <w:tcW w:type="dxa" w:w="1040"/>
            <w:vAlign w:val="center"/>
            <w:tcMar>
              <w:top w:w="55" w:type="dxa"/>
              <w:start w:w="70" w:type="dxa"/>
              <w:bottom w:w="55" w:type="dxa"/>
              <w:end w:w="70" w:type="dxa"/>
            </w:tcMar>
          </w:tcPr>
          <w:p>
            <w:pPr>
              <w:spacing w:after="0"/>
            </w:pPr>
            <w:r>
              <w:rPr>
                <w:rFonts w:ascii="Times New Roman" w:hAnsi="Times New Roman"/>
                <w:sz w:val="18"/>
              </w:rPr>
              <w:t>[DELIVERY]</w:t>
            </w:r>
          </w:p>
        </w:tc>
        <w:tc>
          <w:tcPr>
            <w:tcW w:type="dxa" w:w="1040"/>
            <w:vAlign w:val="center"/>
            <w:tcMar>
              <w:top w:w="55" w:type="dxa"/>
              <w:start w:w="70" w:type="dxa"/>
              <w:bottom w:w="55" w:type="dxa"/>
              <w:end w:w="70" w:type="dxa"/>
            </w:tcMar>
          </w:tcPr>
          <w:p>
            <w:pPr>
              <w:spacing w:after="0"/>
            </w:pPr>
            <w:r>
              <w:rPr>
                <w:rFonts w:ascii="Times New Roman" w:hAnsi="Times New Roman"/>
                <w:sz w:val="18"/>
              </w:rPr>
              <w:t>[CONDITION]</w:t>
            </w:r>
          </w:p>
        </w:tc>
      </w:tr>
      <w:tr>
        <w:trPr>
          <w:cantSplit/>
        </w:trPr>
        <w:tc>
          <w:tcPr>
            <w:tcW w:type="dxa" w:w="1040"/>
            <w:vAlign w:val="center"/>
            <w:tcMar>
              <w:top w:w="55" w:type="dxa"/>
              <w:start w:w="70" w:type="dxa"/>
              <w:bottom w:w="55" w:type="dxa"/>
              <w:end w:w="70" w:type="dxa"/>
            </w:tcMar>
          </w:tcPr>
          <w:p>
            <w:pPr>
              <w:spacing w:after="0"/>
            </w:pPr>
            <w:r>
              <w:rPr>
                <w:rFonts w:ascii="Times New Roman" w:hAnsi="Times New Roman"/>
                <w:sz w:val="18"/>
              </w:rPr>
              <w:t>DOC-03</w:t>
            </w:r>
          </w:p>
        </w:tc>
        <w:tc>
          <w:tcPr>
            <w:tcW w:type="dxa" w:w="1040"/>
            <w:vAlign w:val="center"/>
            <w:tcMar>
              <w:top w:w="55" w:type="dxa"/>
              <w:start w:w="70" w:type="dxa"/>
              <w:bottom w:w="55" w:type="dxa"/>
              <w:end w:w="70" w:type="dxa"/>
            </w:tcMar>
          </w:tcPr>
          <w:p>
            <w:pPr>
              <w:spacing w:after="0"/>
            </w:pPr>
            <w:r>
              <w:rPr>
                <w:rFonts w:ascii="Times New Roman" w:hAnsi="Times New Roman"/>
                <w:sz w:val="18"/>
              </w:rPr>
              <w:t>Escrow agreement</w:t>
            </w:r>
          </w:p>
        </w:tc>
        <w:tc>
          <w:tcPr>
            <w:tcW w:type="dxa" w:w="1040"/>
            <w:vAlign w:val="center"/>
            <w:tcMar>
              <w:top w:w="55" w:type="dxa"/>
              <w:start w:w="70" w:type="dxa"/>
              <w:bottom w:w="55" w:type="dxa"/>
              <w:end w:w="70" w:type="dxa"/>
            </w:tcMar>
          </w:tcPr>
          <w:p>
            <w:pPr>
              <w:spacing w:after="0"/>
            </w:pPr>
            <w:r>
              <w:rPr>
                <w:rFonts w:ascii="Times New Roman" w:hAnsi="Times New Roman"/>
                <w:sz w:val="18"/>
              </w:rPr>
              <w:t>[VERSION]</w:t>
            </w:r>
          </w:p>
        </w:tc>
        <w:tc>
          <w:tcPr>
            <w:tcW w:type="dxa" w:w="1040"/>
            <w:vAlign w:val="center"/>
            <w:tcMar>
              <w:top w:w="55" w:type="dxa"/>
              <w:start w:w="70" w:type="dxa"/>
              <w:bottom w:w="55" w:type="dxa"/>
              <w:end w:w="70" w:type="dxa"/>
            </w:tcMar>
          </w:tcPr>
          <w:p>
            <w:pPr>
              <w:spacing w:after="0"/>
            </w:pPr>
            <w:r>
              <w:rPr>
                <w:rFonts w:ascii="Times New Roman" w:hAnsi="Times New Roman"/>
                <w:sz w:val="18"/>
              </w:rPr>
              <w:t>[PARTIES]</w:t>
            </w:r>
          </w:p>
        </w:tc>
        <w:tc>
          <w:tcPr>
            <w:tcW w:type="dxa" w:w="1040"/>
            <w:vAlign w:val="center"/>
            <w:tcMar>
              <w:top w:w="55" w:type="dxa"/>
              <w:start w:w="70" w:type="dxa"/>
              <w:bottom w:w="55" w:type="dxa"/>
              <w:end w:w="70" w:type="dxa"/>
            </w:tcMar>
          </w:tcPr>
          <w:p>
            <w:pPr>
              <w:spacing w:after="0"/>
            </w:pPr>
            <w:r>
              <w:rPr>
                <w:rFonts w:ascii="Times New Roman" w:hAnsi="Times New Roman"/>
                <w:sz w:val="18"/>
              </w:rPr>
              <w:t>[INVESTMENT / RELEASE]</w:t>
            </w:r>
          </w:p>
        </w:tc>
        <w:tc>
          <w:tcPr>
            <w:tcW w:type="dxa" w:w="1040"/>
            <w:vAlign w:val="center"/>
            <w:tcMar>
              <w:top w:w="55" w:type="dxa"/>
              <w:start w:w="70" w:type="dxa"/>
              <w:bottom w:w="55" w:type="dxa"/>
              <w:end w:w="70" w:type="dxa"/>
            </w:tcMar>
          </w:tcPr>
          <w:p>
            <w:pPr>
              <w:spacing w:after="0"/>
            </w:pPr>
            <w:r>
              <w:rPr>
                <w:rFonts w:ascii="Times New Roman" w:hAnsi="Times New Roman"/>
                <w:sz w:val="18"/>
              </w:rPr>
              <w:t>[OWNER]</w:t>
            </w:r>
          </w:p>
        </w:tc>
        <w:tc>
          <w:tcPr>
            <w:tcW w:type="dxa" w:w="1040"/>
            <w:vAlign w:val="center"/>
            <w:tcMar>
              <w:top w:w="55" w:type="dxa"/>
              <w:start w:w="70" w:type="dxa"/>
              <w:bottom w:w="55" w:type="dxa"/>
              <w:end w:w="70" w:type="dxa"/>
            </w:tcMar>
          </w:tcPr>
          <w:p>
            <w:pPr>
              <w:spacing w:after="0"/>
            </w:pPr>
            <w:r>
              <w:rPr>
                <w:rFonts w:ascii="Times New Roman" w:hAnsi="Times New Roman"/>
                <w:sz w:val="18"/>
              </w:rPr>
              <w:t>[STATUS]</w:t>
            </w:r>
          </w:p>
        </w:tc>
        <w:tc>
          <w:tcPr>
            <w:tcW w:type="dxa" w:w="1040"/>
            <w:vAlign w:val="center"/>
            <w:tcMar>
              <w:top w:w="55" w:type="dxa"/>
              <w:start w:w="70" w:type="dxa"/>
              <w:bottom w:w="55" w:type="dxa"/>
              <w:end w:w="70" w:type="dxa"/>
            </w:tcMar>
          </w:tcPr>
          <w:p>
            <w:pPr>
              <w:spacing w:after="0"/>
            </w:pPr>
            <w:r>
              <w:rPr>
                <w:rFonts w:ascii="Times New Roman" w:hAnsi="Times New Roman"/>
                <w:sz w:val="18"/>
              </w:rPr>
              <w:t>[STATUS]</w:t>
            </w:r>
          </w:p>
        </w:tc>
        <w:tc>
          <w:tcPr>
            <w:tcW w:type="dxa" w:w="1040"/>
            <w:vAlign w:val="center"/>
            <w:tcMar>
              <w:top w:w="55" w:type="dxa"/>
              <w:start w:w="70" w:type="dxa"/>
              <w:bottom w:w="55" w:type="dxa"/>
              <w:end w:w="70" w:type="dxa"/>
            </w:tcMar>
          </w:tcPr>
          <w:p>
            <w:pPr>
              <w:spacing w:after="0"/>
            </w:pPr>
            <w:r>
              <w:rPr>
                <w:rFonts w:ascii="Times New Roman" w:hAnsi="Times New Roman"/>
                <w:sz w:val="18"/>
              </w:rPr>
              <w:t>[FUNDING]</w:t>
            </w:r>
          </w:p>
        </w:tc>
      </w:tr>
      <w:tr>
        <w:trPr>
          <w:cantSplit/>
        </w:trPr>
        <w:tc>
          <w:tcPr>
            <w:tcW w:type="dxa" w:w="1040"/>
            <w:vAlign w:val="center"/>
            <w:tcMar>
              <w:top w:w="55" w:type="dxa"/>
              <w:start w:w="70" w:type="dxa"/>
              <w:bottom w:w="55" w:type="dxa"/>
              <w:end w:w="70" w:type="dxa"/>
            </w:tcMar>
          </w:tcPr>
          <w:p>
            <w:pPr>
              <w:spacing w:after="0"/>
            </w:pPr>
            <w:r>
              <w:rPr>
                <w:rFonts w:ascii="Times New Roman" w:hAnsi="Times New Roman"/>
                <w:sz w:val="18"/>
              </w:rPr>
              <w:t>DOC-04</w:t>
            </w:r>
          </w:p>
        </w:tc>
        <w:tc>
          <w:tcPr>
            <w:tcW w:type="dxa" w:w="1040"/>
            <w:vAlign w:val="center"/>
            <w:tcMar>
              <w:top w:w="55" w:type="dxa"/>
              <w:start w:w="70" w:type="dxa"/>
              <w:bottom w:w="55" w:type="dxa"/>
              <w:end w:w="70" w:type="dxa"/>
            </w:tcMar>
          </w:tcPr>
          <w:p>
            <w:pPr>
              <w:spacing w:after="0"/>
            </w:pPr>
            <w:r>
              <w:rPr>
                <w:rFonts w:ascii="Times New Roman" w:hAnsi="Times New Roman"/>
                <w:sz w:val="18"/>
              </w:rPr>
              <w:t>RWI policy and no-claims declaration</w:t>
            </w:r>
          </w:p>
        </w:tc>
        <w:tc>
          <w:tcPr>
            <w:tcW w:type="dxa" w:w="1040"/>
            <w:vAlign w:val="center"/>
            <w:tcMar>
              <w:top w:w="55" w:type="dxa"/>
              <w:start w:w="70" w:type="dxa"/>
              <w:bottom w:w="55" w:type="dxa"/>
              <w:end w:w="70" w:type="dxa"/>
            </w:tcMar>
          </w:tcPr>
          <w:p>
            <w:pPr>
              <w:spacing w:after="0"/>
            </w:pPr>
            <w:r>
              <w:rPr>
                <w:rFonts w:ascii="Times New Roman" w:hAnsi="Times New Roman"/>
                <w:sz w:val="18"/>
              </w:rPr>
              <w:t>[VERSION]</w:t>
            </w:r>
          </w:p>
        </w:tc>
        <w:tc>
          <w:tcPr>
            <w:tcW w:type="dxa" w:w="1040"/>
            <w:vAlign w:val="center"/>
            <w:tcMar>
              <w:top w:w="55" w:type="dxa"/>
              <w:start w:w="70" w:type="dxa"/>
              <w:bottom w:w="55" w:type="dxa"/>
              <w:end w:w="70" w:type="dxa"/>
            </w:tcMar>
          </w:tcPr>
          <w:p>
            <w:pPr>
              <w:spacing w:after="0"/>
            </w:pPr>
            <w:r>
              <w:rPr>
                <w:rFonts w:ascii="Times New Roman" w:hAnsi="Times New Roman"/>
                <w:sz w:val="18"/>
              </w:rPr>
              <w:t>[INSURED / CARRIER]</w:t>
            </w:r>
          </w:p>
        </w:tc>
        <w:tc>
          <w:tcPr>
            <w:tcW w:type="dxa" w:w="1040"/>
            <w:vAlign w:val="center"/>
            <w:tcMar>
              <w:top w:w="55" w:type="dxa"/>
              <w:start w:w="70" w:type="dxa"/>
              <w:bottom w:w="55" w:type="dxa"/>
              <w:end w:w="70" w:type="dxa"/>
            </w:tcMar>
          </w:tcPr>
          <w:p>
            <w:pPr>
              <w:spacing w:after="0"/>
            </w:pPr>
            <w:r>
              <w:rPr>
                <w:rFonts w:ascii="Times New Roman" w:hAnsi="Times New Roman"/>
                <w:sz w:val="18"/>
              </w:rPr>
              <w:t>[EXCLUSIONS]</w:t>
            </w:r>
          </w:p>
        </w:tc>
        <w:tc>
          <w:tcPr>
            <w:tcW w:type="dxa" w:w="1040"/>
            <w:vAlign w:val="center"/>
            <w:tcMar>
              <w:top w:w="55" w:type="dxa"/>
              <w:start w:w="70" w:type="dxa"/>
              <w:bottom w:w="55" w:type="dxa"/>
              <w:end w:w="70" w:type="dxa"/>
            </w:tcMar>
          </w:tcPr>
          <w:p>
            <w:pPr>
              <w:spacing w:after="0"/>
            </w:pPr>
            <w:r>
              <w:rPr>
                <w:rFonts w:ascii="Times New Roman" w:hAnsi="Times New Roman"/>
                <w:sz w:val="18"/>
              </w:rPr>
              <w:t>[OWNER]</w:t>
            </w:r>
          </w:p>
        </w:tc>
        <w:tc>
          <w:tcPr>
            <w:tcW w:type="dxa" w:w="1040"/>
            <w:vAlign w:val="center"/>
            <w:tcMar>
              <w:top w:w="55" w:type="dxa"/>
              <w:start w:w="70" w:type="dxa"/>
              <w:bottom w:w="55" w:type="dxa"/>
              <w:end w:w="70" w:type="dxa"/>
            </w:tcMar>
          </w:tcPr>
          <w:p>
            <w:pPr>
              <w:spacing w:after="0"/>
            </w:pPr>
            <w:r>
              <w:rPr>
                <w:rFonts w:ascii="Times New Roman" w:hAnsi="Times New Roman"/>
                <w:sz w:val="18"/>
              </w:rPr>
              <w:t>[BOUND]</w:t>
            </w:r>
          </w:p>
        </w:tc>
        <w:tc>
          <w:tcPr>
            <w:tcW w:type="dxa" w:w="1040"/>
            <w:vAlign w:val="center"/>
            <w:tcMar>
              <w:top w:w="55" w:type="dxa"/>
              <w:start w:w="70" w:type="dxa"/>
              <w:bottom w:w="55" w:type="dxa"/>
              <w:end w:w="70" w:type="dxa"/>
            </w:tcMar>
          </w:tcPr>
          <w:p>
            <w:pPr>
              <w:spacing w:after="0"/>
            </w:pPr>
            <w:r>
              <w:rPr>
                <w:rFonts w:ascii="Times New Roman" w:hAnsi="Times New Roman"/>
                <w:sz w:val="18"/>
              </w:rPr>
              <w:t>[STATUS]</w:t>
            </w:r>
          </w:p>
        </w:tc>
        <w:tc>
          <w:tcPr>
            <w:tcW w:type="dxa" w:w="1040"/>
            <w:vAlign w:val="center"/>
            <w:tcMar>
              <w:top w:w="55" w:type="dxa"/>
              <w:start w:w="70" w:type="dxa"/>
              <w:bottom w:w="55" w:type="dxa"/>
              <w:end w:w="70" w:type="dxa"/>
            </w:tcMar>
          </w:tcPr>
          <w:p>
            <w:pPr>
              <w:spacing w:after="0"/>
            </w:pPr>
            <w:r>
              <w:rPr>
                <w:rFonts w:ascii="Times New Roman" w:hAnsi="Times New Roman"/>
                <w:sz w:val="18"/>
              </w:rPr>
              <w:t>[PREMIUM]</w:t>
            </w:r>
          </w:p>
        </w:tc>
      </w:tr>
      <w:tr>
        <w:trPr>
          <w:cantSplit/>
        </w:trPr>
        <w:tc>
          <w:tcPr>
            <w:tcW w:type="dxa" w:w="1040"/>
            <w:vAlign w:val="center"/>
            <w:tcMar>
              <w:top w:w="55" w:type="dxa"/>
              <w:start w:w="70" w:type="dxa"/>
              <w:bottom w:w="55" w:type="dxa"/>
              <w:end w:w="70" w:type="dxa"/>
            </w:tcMar>
          </w:tcPr>
          <w:p>
            <w:pPr>
              <w:spacing w:after="0"/>
            </w:pPr>
            <w:r>
              <w:rPr>
                <w:rFonts w:ascii="Times New Roman" w:hAnsi="Times New Roman"/>
                <w:sz w:val="18"/>
              </w:rPr>
              <w:t>DOC-05</w:t>
            </w:r>
          </w:p>
        </w:tc>
        <w:tc>
          <w:tcPr>
            <w:tcW w:type="dxa" w:w="1040"/>
            <w:vAlign w:val="center"/>
            <w:tcMar>
              <w:top w:w="55" w:type="dxa"/>
              <w:start w:w="70" w:type="dxa"/>
              <w:bottom w:w="55" w:type="dxa"/>
              <w:end w:w="70" w:type="dxa"/>
            </w:tcMar>
          </w:tcPr>
          <w:p>
            <w:pPr>
              <w:spacing w:after="0"/>
            </w:pPr>
            <w:r>
              <w:rPr>
                <w:rFonts w:ascii="Times New Roman" w:hAnsi="Times New Roman"/>
                <w:sz w:val="18"/>
              </w:rPr>
              <w:t>Rollover and equity documents</w:t>
            </w:r>
          </w:p>
        </w:tc>
        <w:tc>
          <w:tcPr>
            <w:tcW w:type="dxa" w:w="1040"/>
            <w:vAlign w:val="center"/>
            <w:tcMar>
              <w:top w:w="55" w:type="dxa"/>
              <w:start w:w="70" w:type="dxa"/>
              <w:bottom w:w="55" w:type="dxa"/>
              <w:end w:w="70" w:type="dxa"/>
            </w:tcMar>
          </w:tcPr>
          <w:p>
            <w:pPr>
              <w:spacing w:after="0"/>
            </w:pPr>
            <w:r>
              <w:rPr>
                <w:rFonts w:ascii="Times New Roman" w:hAnsi="Times New Roman"/>
                <w:sz w:val="18"/>
              </w:rPr>
              <w:t>[VERSION]</w:t>
            </w:r>
          </w:p>
        </w:tc>
        <w:tc>
          <w:tcPr>
            <w:tcW w:type="dxa" w:w="1040"/>
            <w:vAlign w:val="center"/>
            <w:tcMar>
              <w:top w:w="55" w:type="dxa"/>
              <w:start w:w="70" w:type="dxa"/>
              <w:bottom w:w="55" w:type="dxa"/>
              <w:end w:w="70" w:type="dxa"/>
            </w:tcMar>
          </w:tcPr>
          <w:p>
            <w:pPr>
              <w:spacing w:after="0"/>
            </w:pPr>
            <w:r>
              <w:rPr>
                <w:rFonts w:ascii="Times New Roman" w:hAnsi="Times New Roman"/>
                <w:sz w:val="18"/>
              </w:rPr>
              <w:t>[PARTIES]</w:t>
            </w:r>
          </w:p>
        </w:tc>
        <w:tc>
          <w:tcPr>
            <w:tcW w:type="dxa" w:w="1040"/>
            <w:vAlign w:val="center"/>
            <w:tcMar>
              <w:top w:w="55" w:type="dxa"/>
              <w:start w:w="70" w:type="dxa"/>
              <w:bottom w:w="55" w:type="dxa"/>
              <w:end w:w="70" w:type="dxa"/>
            </w:tcMar>
          </w:tcPr>
          <w:p>
            <w:pPr>
              <w:spacing w:after="0"/>
            </w:pPr>
            <w:r>
              <w:rPr>
                <w:rFonts w:ascii="Times New Roman" w:hAnsi="Times New Roman"/>
                <w:sz w:val="18"/>
              </w:rPr>
              <w:t>[CAP TABLE / RIGHTS]</w:t>
            </w:r>
          </w:p>
        </w:tc>
        <w:tc>
          <w:tcPr>
            <w:tcW w:type="dxa" w:w="1040"/>
            <w:vAlign w:val="center"/>
            <w:tcMar>
              <w:top w:w="55" w:type="dxa"/>
              <w:start w:w="70" w:type="dxa"/>
              <w:bottom w:w="55" w:type="dxa"/>
              <w:end w:w="70" w:type="dxa"/>
            </w:tcMar>
          </w:tcPr>
          <w:p>
            <w:pPr>
              <w:spacing w:after="0"/>
            </w:pPr>
            <w:r>
              <w:rPr>
                <w:rFonts w:ascii="Times New Roman" w:hAnsi="Times New Roman"/>
                <w:sz w:val="18"/>
              </w:rPr>
              <w:t>[OWNER]</w:t>
            </w:r>
          </w:p>
        </w:tc>
        <w:tc>
          <w:tcPr>
            <w:tcW w:type="dxa" w:w="1040"/>
            <w:vAlign w:val="center"/>
            <w:tcMar>
              <w:top w:w="55" w:type="dxa"/>
              <w:start w:w="70" w:type="dxa"/>
              <w:bottom w:w="55" w:type="dxa"/>
              <w:end w:w="70" w:type="dxa"/>
            </w:tcMar>
          </w:tcPr>
          <w:p>
            <w:pPr>
              <w:spacing w:after="0"/>
            </w:pPr>
            <w:r>
              <w:rPr>
                <w:rFonts w:ascii="Times New Roman" w:hAnsi="Times New Roman"/>
                <w:sz w:val="18"/>
              </w:rPr>
              <w:t>[STATUS]</w:t>
            </w:r>
          </w:p>
        </w:tc>
        <w:tc>
          <w:tcPr>
            <w:tcW w:type="dxa" w:w="1040"/>
            <w:vAlign w:val="center"/>
            <w:tcMar>
              <w:top w:w="55" w:type="dxa"/>
              <w:start w:w="70" w:type="dxa"/>
              <w:bottom w:w="55" w:type="dxa"/>
              <w:end w:w="70" w:type="dxa"/>
            </w:tcMar>
          </w:tcPr>
          <w:p>
            <w:pPr>
              <w:spacing w:after="0"/>
            </w:pPr>
            <w:r>
              <w:rPr>
                <w:rFonts w:ascii="Times New Roman" w:hAnsi="Times New Roman"/>
                <w:sz w:val="18"/>
              </w:rPr>
              <w:t>[STATUS]</w:t>
            </w:r>
          </w:p>
        </w:tc>
        <w:tc>
          <w:tcPr>
            <w:tcW w:type="dxa" w:w="1040"/>
            <w:vAlign w:val="center"/>
            <w:tcMar>
              <w:top w:w="55" w:type="dxa"/>
              <w:start w:w="70" w:type="dxa"/>
              <w:bottom w:w="55" w:type="dxa"/>
              <w:end w:w="70" w:type="dxa"/>
            </w:tcMar>
          </w:tcPr>
          <w:p>
            <w:pPr>
              <w:spacing w:after="0"/>
            </w:pPr>
            <w:r>
              <w:rPr>
                <w:rFonts w:ascii="Times New Roman" w:hAnsi="Times New Roman"/>
                <w:sz w:val="18"/>
              </w:rPr>
              <w:t>[FUNDING]</w:t>
            </w:r>
          </w:p>
        </w:tc>
      </w:tr>
      <w:tr>
        <w:trPr>
          <w:cantSplit/>
        </w:trPr>
        <w:tc>
          <w:tcPr>
            <w:tcW w:type="dxa" w:w="1040"/>
            <w:vAlign w:val="center"/>
            <w:tcMar>
              <w:top w:w="55" w:type="dxa"/>
              <w:start w:w="70" w:type="dxa"/>
              <w:bottom w:w="55" w:type="dxa"/>
              <w:end w:w="70" w:type="dxa"/>
            </w:tcMar>
          </w:tcPr>
          <w:p>
            <w:pPr>
              <w:spacing w:after="0"/>
            </w:pPr>
            <w:r>
              <w:rPr>
                <w:rFonts w:ascii="Times New Roman" w:hAnsi="Times New Roman"/>
                <w:sz w:val="18"/>
              </w:rPr>
              <w:t>DOC-06</w:t>
            </w:r>
          </w:p>
        </w:tc>
        <w:tc>
          <w:tcPr>
            <w:tcW w:type="dxa" w:w="1040"/>
            <w:vAlign w:val="center"/>
            <w:tcMar>
              <w:top w:w="55" w:type="dxa"/>
              <w:start w:w="70" w:type="dxa"/>
              <w:bottom w:w="55" w:type="dxa"/>
              <w:end w:w="70" w:type="dxa"/>
            </w:tcMar>
          </w:tcPr>
          <w:p>
            <w:pPr>
              <w:spacing w:after="0"/>
            </w:pPr>
            <w:r>
              <w:rPr>
                <w:rFonts w:ascii="Times New Roman" w:hAnsi="Times New Roman"/>
                <w:sz w:val="18"/>
              </w:rPr>
              <w:t>Earnout seller note or guaranty</w:t>
            </w:r>
          </w:p>
        </w:tc>
        <w:tc>
          <w:tcPr>
            <w:tcW w:type="dxa" w:w="1040"/>
            <w:vAlign w:val="center"/>
            <w:tcMar>
              <w:top w:w="55" w:type="dxa"/>
              <w:start w:w="70" w:type="dxa"/>
              <w:bottom w:w="55" w:type="dxa"/>
              <w:end w:w="70" w:type="dxa"/>
            </w:tcMar>
          </w:tcPr>
          <w:p>
            <w:pPr>
              <w:spacing w:after="0"/>
            </w:pPr>
            <w:r>
              <w:rPr>
                <w:rFonts w:ascii="Times New Roman" w:hAnsi="Times New Roman"/>
                <w:sz w:val="18"/>
              </w:rPr>
              <w:t>[VERSION]</w:t>
            </w:r>
          </w:p>
        </w:tc>
        <w:tc>
          <w:tcPr>
            <w:tcW w:type="dxa" w:w="1040"/>
            <w:vAlign w:val="center"/>
            <w:tcMar>
              <w:top w:w="55" w:type="dxa"/>
              <w:start w:w="70" w:type="dxa"/>
              <w:bottom w:w="55" w:type="dxa"/>
              <w:end w:w="70" w:type="dxa"/>
            </w:tcMar>
          </w:tcPr>
          <w:p>
            <w:pPr>
              <w:spacing w:after="0"/>
            </w:pPr>
            <w:r>
              <w:rPr>
                <w:rFonts w:ascii="Times New Roman" w:hAnsi="Times New Roman"/>
                <w:sz w:val="18"/>
              </w:rPr>
              <w:t>[PARTIES]</w:t>
            </w:r>
          </w:p>
        </w:tc>
        <w:tc>
          <w:tcPr>
            <w:tcW w:type="dxa" w:w="1040"/>
            <w:vAlign w:val="center"/>
            <w:tcMar>
              <w:top w:w="55" w:type="dxa"/>
              <w:start w:w="70" w:type="dxa"/>
              <w:bottom w:w="55" w:type="dxa"/>
              <w:end w:w="70" w:type="dxa"/>
            </w:tcMar>
          </w:tcPr>
          <w:p>
            <w:pPr>
              <w:spacing w:after="0"/>
            </w:pPr>
            <w:r>
              <w:rPr>
                <w:rFonts w:ascii="Times New Roman" w:hAnsi="Times New Roman"/>
                <w:sz w:val="18"/>
              </w:rPr>
              <w:t>[FORMULA / SECURITY]</w:t>
            </w:r>
          </w:p>
        </w:tc>
        <w:tc>
          <w:tcPr>
            <w:tcW w:type="dxa" w:w="1040"/>
            <w:vAlign w:val="center"/>
            <w:tcMar>
              <w:top w:w="55" w:type="dxa"/>
              <w:start w:w="70" w:type="dxa"/>
              <w:bottom w:w="55" w:type="dxa"/>
              <w:end w:w="70" w:type="dxa"/>
            </w:tcMar>
          </w:tcPr>
          <w:p>
            <w:pPr>
              <w:spacing w:after="0"/>
            </w:pPr>
            <w:r>
              <w:rPr>
                <w:rFonts w:ascii="Times New Roman" w:hAnsi="Times New Roman"/>
                <w:sz w:val="18"/>
              </w:rPr>
              <w:t>[OWNER]</w:t>
            </w:r>
          </w:p>
        </w:tc>
        <w:tc>
          <w:tcPr>
            <w:tcW w:type="dxa" w:w="1040"/>
            <w:vAlign w:val="center"/>
            <w:tcMar>
              <w:top w:w="55" w:type="dxa"/>
              <w:start w:w="70" w:type="dxa"/>
              <w:bottom w:w="55" w:type="dxa"/>
              <w:end w:w="70" w:type="dxa"/>
            </w:tcMar>
          </w:tcPr>
          <w:p>
            <w:pPr>
              <w:spacing w:after="0"/>
            </w:pPr>
            <w:r>
              <w:rPr>
                <w:rFonts w:ascii="Times New Roman" w:hAnsi="Times New Roman"/>
                <w:sz w:val="18"/>
              </w:rPr>
              <w:t>[STATUS]</w:t>
            </w:r>
          </w:p>
        </w:tc>
        <w:tc>
          <w:tcPr>
            <w:tcW w:type="dxa" w:w="1040"/>
            <w:vAlign w:val="center"/>
            <w:tcMar>
              <w:top w:w="55" w:type="dxa"/>
              <w:start w:w="70" w:type="dxa"/>
              <w:bottom w:w="55" w:type="dxa"/>
              <w:end w:w="70" w:type="dxa"/>
            </w:tcMar>
          </w:tcPr>
          <w:p>
            <w:pPr>
              <w:spacing w:after="0"/>
            </w:pPr>
            <w:r>
              <w:rPr>
                <w:rFonts w:ascii="Times New Roman" w:hAnsi="Times New Roman"/>
                <w:sz w:val="18"/>
              </w:rPr>
              <w:t>[STATUS]</w:t>
            </w:r>
          </w:p>
        </w:tc>
        <w:tc>
          <w:tcPr>
            <w:tcW w:type="dxa" w:w="1040"/>
            <w:vAlign w:val="center"/>
            <w:tcMar>
              <w:top w:w="55" w:type="dxa"/>
              <w:start w:w="70" w:type="dxa"/>
              <w:bottom w:w="55" w:type="dxa"/>
              <w:end w:w="70" w:type="dxa"/>
            </w:tcMar>
          </w:tcPr>
          <w:p>
            <w:pPr>
              <w:spacing w:after="0"/>
            </w:pPr>
            <w:r>
              <w:rPr>
                <w:rFonts w:ascii="Times New Roman" w:hAnsi="Times New Roman"/>
                <w:sz w:val="18"/>
              </w:rPr>
              <w:t>[CONDITION]</w:t>
            </w:r>
          </w:p>
        </w:tc>
      </w:tr>
      <w:tr>
        <w:trPr>
          <w:cantSplit/>
        </w:trPr>
        <w:tc>
          <w:tcPr>
            <w:tcW w:type="dxa" w:w="1040"/>
            <w:vAlign w:val="center"/>
            <w:tcMar>
              <w:top w:w="55" w:type="dxa"/>
              <w:start w:w="70" w:type="dxa"/>
              <w:bottom w:w="55" w:type="dxa"/>
              <w:end w:w="70" w:type="dxa"/>
            </w:tcMar>
          </w:tcPr>
          <w:p>
            <w:pPr>
              <w:spacing w:after="0"/>
            </w:pPr>
            <w:r>
              <w:rPr>
                <w:rFonts w:ascii="Times New Roman" w:hAnsi="Times New Roman"/>
                <w:sz w:val="18"/>
              </w:rPr>
              <w:t>DOC-07</w:t>
            </w:r>
          </w:p>
        </w:tc>
        <w:tc>
          <w:tcPr>
            <w:tcW w:type="dxa" w:w="1040"/>
            <w:vAlign w:val="center"/>
            <w:tcMar>
              <w:top w:w="55" w:type="dxa"/>
              <w:start w:w="70" w:type="dxa"/>
              <w:bottom w:w="55" w:type="dxa"/>
              <w:end w:w="70" w:type="dxa"/>
            </w:tcMar>
          </w:tcPr>
          <w:p>
            <w:pPr>
              <w:spacing w:after="0"/>
            </w:pPr>
            <w:r>
              <w:rPr>
                <w:rFonts w:ascii="Times New Roman" w:hAnsi="Times New Roman"/>
                <w:sz w:val="18"/>
              </w:rPr>
              <w:t>Transition services agreement</w:t>
            </w:r>
          </w:p>
        </w:tc>
        <w:tc>
          <w:tcPr>
            <w:tcW w:type="dxa" w:w="1040"/>
            <w:vAlign w:val="center"/>
            <w:tcMar>
              <w:top w:w="55" w:type="dxa"/>
              <w:start w:w="70" w:type="dxa"/>
              <w:bottom w:w="55" w:type="dxa"/>
              <w:end w:w="70" w:type="dxa"/>
            </w:tcMar>
          </w:tcPr>
          <w:p>
            <w:pPr>
              <w:spacing w:after="0"/>
            </w:pPr>
            <w:r>
              <w:rPr>
                <w:rFonts w:ascii="Times New Roman" w:hAnsi="Times New Roman"/>
                <w:sz w:val="18"/>
              </w:rPr>
              <w:t>[VERSION]</w:t>
            </w:r>
          </w:p>
        </w:tc>
        <w:tc>
          <w:tcPr>
            <w:tcW w:type="dxa" w:w="1040"/>
            <w:vAlign w:val="center"/>
            <w:tcMar>
              <w:top w:w="55" w:type="dxa"/>
              <w:start w:w="70" w:type="dxa"/>
              <w:bottom w:w="55" w:type="dxa"/>
              <w:end w:w="70" w:type="dxa"/>
            </w:tcMar>
          </w:tcPr>
          <w:p>
            <w:pPr>
              <w:spacing w:after="0"/>
            </w:pPr>
            <w:r>
              <w:rPr>
                <w:rFonts w:ascii="Times New Roman" w:hAnsi="Times New Roman"/>
                <w:sz w:val="18"/>
              </w:rPr>
              <w:t>[PARTIES]</w:t>
            </w:r>
          </w:p>
        </w:tc>
        <w:tc>
          <w:tcPr>
            <w:tcW w:type="dxa" w:w="1040"/>
            <w:vAlign w:val="center"/>
            <w:tcMar>
              <w:top w:w="55" w:type="dxa"/>
              <w:start w:w="70" w:type="dxa"/>
              <w:bottom w:w="55" w:type="dxa"/>
              <w:end w:w="70" w:type="dxa"/>
            </w:tcMar>
          </w:tcPr>
          <w:p>
            <w:pPr>
              <w:spacing w:after="0"/>
            </w:pPr>
            <w:r>
              <w:rPr>
                <w:rFonts w:ascii="Times New Roman" w:hAnsi="Times New Roman"/>
                <w:sz w:val="18"/>
              </w:rPr>
              <w:t>[SERVICE SCHEDULES / EXIT PLAN]</w:t>
            </w:r>
          </w:p>
        </w:tc>
        <w:tc>
          <w:tcPr>
            <w:tcW w:type="dxa" w:w="1040"/>
            <w:vAlign w:val="center"/>
            <w:tcMar>
              <w:top w:w="55" w:type="dxa"/>
              <w:start w:w="70" w:type="dxa"/>
              <w:bottom w:w="55" w:type="dxa"/>
              <w:end w:w="70" w:type="dxa"/>
            </w:tcMar>
          </w:tcPr>
          <w:p>
            <w:pPr>
              <w:spacing w:after="0"/>
            </w:pPr>
            <w:r>
              <w:rPr>
                <w:rFonts w:ascii="Times New Roman" w:hAnsi="Times New Roman"/>
                <w:sz w:val="18"/>
              </w:rPr>
              <w:t>[OWNER]</w:t>
            </w:r>
          </w:p>
        </w:tc>
        <w:tc>
          <w:tcPr>
            <w:tcW w:type="dxa" w:w="1040"/>
            <w:vAlign w:val="center"/>
            <w:tcMar>
              <w:top w:w="55" w:type="dxa"/>
              <w:start w:w="70" w:type="dxa"/>
              <w:bottom w:w="55" w:type="dxa"/>
              <w:end w:w="70" w:type="dxa"/>
            </w:tcMar>
          </w:tcPr>
          <w:p>
            <w:pPr>
              <w:spacing w:after="0"/>
            </w:pPr>
            <w:r>
              <w:rPr>
                <w:rFonts w:ascii="Times New Roman" w:hAnsi="Times New Roman"/>
                <w:sz w:val="18"/>
              </w:rPr>
              <w:t>[STATUS]</w:t>
            </w:r>
          </w:p>
        </w:tc>
        <w:tc>
          <w:tcPr>
            <w:tcW w:type="dxa" w:w="1040"/>
            <w:vAlign w:val="center"/>
            <w:tcMar>
              <w:top w:w="55" w:type="dxa"/>
              <w:start w:w="70" w:type="dxa"/>
              <w:bottom w:w="55" w:type="dxa"/>
              <w:end w:w="70" w:type="dxa"/>
            </w:tcMar>
          </w:tcPr>
          <w:p>
            <w:pPr>
              <w:spacing w:after="0"/>
            </w:pPr>
            <w:r>
              <w:rPr>
                <w:rFonts w:ascii="Times New Roman" w:hAnsi="Times New Roman"/>
                <w:sz w:val="18"/>
              </w:rPr>
              <w:t>[STATUS]</w:t>
            </w:r>
          </w:p>
        </w:tc>
        <w:tc>
          <w:tcPr>
            <w:tcW w:type="dxa" w:w="1040"/>
            <w:vAlign w:val="center"/>
            <w:tcMar>
              <w:top w:w="55" w:type="dxa"/>
              <w:start w:w="70" w:type="dxa"/>
              <w:bottom w:w="55" w:type="dxa"/>
              <w:end w:w="70" w:type="dxa"/>
            </w:tcMar>
          </w:tcPr>
          <w:p>
            <w:pPr>
              <w:spacing w:after="0"/>
            </w:pPr>
            <w:r>
              <w:rPr>
                <w:rFonts w:ascii="Times New Roman" w:hAnsi="Times New Roman"/>
                <w:sz w:val="18"/>
              </w:rPr>
              <w:t>[CONDITION]</w:t>
            </w:r>
          </w:p>
        </w:tc>
      </w:tr>
      <w:tr>
        <w:trPr>
          <w:cantSplit/>
        </w:trPr>
        <w:tc>
          <w:tcPr>
            <w:tcW w:type="dxa" w:w="1040"/>
            <w:vAlign w:val="center"/>
            <w:tcMar>
              <w:top w:w="55" w:type="dxa"/>
              <w:start w:w="70" w:type="dxa"/>
              <w:bottom w:w="55" w:type="dxa"/>
              <w:end w:w="70" w:type="dxa"/>
            </w:tcMar>
          </w:tcPr>
          <w:p>
            <w:pPr>
              <w:spacing w:after="0"/>
            </w:pPr>
            <w:r>
              <w:rPr>
                <w:rFonts w:ascii="Times New Roman" w:hAnsi="Times New Roman"/>
                <w:sz w:val="18"/>
              </w:rPr>
              <w:t>DOC-08</w:t>
            </w:r>
          </w:p>
        </w:tc>
        <w:tc>
          <w:tcPr>
            <w:tcW w:type="dxa" w:w="1040"/>
            <w:vAlign w:val="center"/>
            <w:tcMar>
              <w:top w:w="55" w:type="dxa"/>
              <w:start w:w="70" w:type="dxa"/>
              <w:bottom w:w="55" w:type="dxa"/>
              <w:end w:w="70" w:type="dxa"/>
            </w:tcMar>
          </w:tcPr>
          <w:p>
            <w:pPr>
              <w:spacing w:after="0"/>
            </w:pPr>
            <w:r>
              <w:rPr>
                <w:rFonts w:ascii="Times New Roman" w:hAnsi="Times New Roman"/>
                <w:sz w:val="18"/>
              </w:rPr>
              <w:t>Employment retention release and restrictive covenants</w:t>
            </w:r>
          </w:p>
        </w:tc>
        <w:tc>
          <w:tcPr>
            <w:tcW w:type="dxa" w:w="1040"/>
            <w:vAlign w:val="center"/>
            <w:tcMar>
              <w:top w:w="55" w:type="dxa"/>
              <w:start w:w="70" w:type="dxa"/>
              <w:bottom w:w="55" w:type="dxa"/>
              <w:end w:w="70" w:type="dxa"/>
            </w:tcMar>
          </w:tcPr>
          <w:p>
            <w:pPr>
              <w:spacing w:after="0"/>
            </w:pPr>
            <w:r>
              <w:rPr>
                <w:rFonts w:ascii="Times New Roman" w:hAnsi="Times New Roman"/>
                <w:sz w:val="18"/>
              </w:rPr>
              <w:t>[VERSION]</w:t>
            </w:r>
          </w:p>
        </w:tc>
        <w:tc>
          <w:tcPr>
            <w:tcW w:type="dxa" w:w="1040"/>
            <w:vAlign w:val="center"/>
            <w:tcMar>
              <w:top w:w="55" w:type="dxa"/>
              <w:start w:w="70" w:type="dxa"/>
              <w:bottom w:w="55" w:type="dxa"/>
              <w:end w:w="70" w:type="dxa"/>
            </w:tcMar>
          </w:tcPr>
          <w:p>
            <w:pPr>
              <w:spacing w:after="0"/>
            </w:pPr>
            <w:r>
              <w:rPr>
                <w:rFonts w:ascii="Times New Roman" w:hAnsi="Times New Roman"/>
                <w:sz w:val="18"/>
              </w:rPr>
              <w:t>[PARTIES]</w:t>
            </w:r>
          </w:p>
        </w:tc>
        <w:tc>
          <w:tcPr>
            <w:tcW w:type="dxa" w:w="1040"/>
            <w:vAlign w:val="center"/>
            <w:tcMar>
              <w:top w:w="55" w:type="dxa"/>
              <w:start w:w="70" w:type="dxa"/>
              <w:bottom w:w="55" w:type="dxa"/>
              <w:end w:w="70" w:type="dxa"/>
            </w:tcMar>
          </w:tcPr>
          <w:p>
            <w:pPr>
              <w:spacing w:after="0"/>
            </w:pPr>
            <w:r>
              <w:rPr>
                <w:rFonts w:ascii="Times New Roman" w:hAnsi="Times New Roman"/>
                <w:sz w:val="18"/>
              </w:rPr>
              <w:t>[SEPARATE CONSIDERATION]</w:t>
            </w:r>
          </w:p>
        </w:tc>
        <w:tc>
          <w:tcPr>
            <w:tcW w:type="dxa" w:w="1040"/>
            <w:vAlign w:val="center"/>
            <w:tcMar>
              <w:top w:w="55" w:type="dxa"/>
              <w:start w:w="70" w:type="dxa"/>
              <w:bottom w:w="55" w:type="dxa"/>
              <w:end w:w="70" w:type="dxa"/>
            </w:tcMar>
          </w:tcPr>
          <w:p>
            <w:pPr>
              <w:spacing w:after="0"/>
            </w:pPr>
            <w:r>
              <w:rPr>
                <w:rFonts w:ascii="Times New Roman" w:hAnsi="Times New Roman"/>
                <w:sz w:val="18"/>
              </w:rPr>
              <w:t>[OWNER]</w:t>
            </w:r>
          </w:p>
        </w:tc>
        <w:tc>
          <w:tcPr>
            <w:tcW w:type="dxa" w:w="1040"/>
            <w:vAlign w:val="center"/>
            <w:tcMar>
              <w:top w:w="55" w:type="dxa"/>
              <w:start w:w="70" w:type="dxa"/>
              <w:bottom w:w="55" w:type="dxa"/>
              <w:end w:w="70" w:type="dxa"/>
            </w:tcMar>
          </w:tcPr>
          <w:p>
            <w:pPr>
              <w:spacing w:after="0"/>
            </w:pPr>
            <w:r>
              <w:rPr>
                <w:rFonts w:ascii="Times New Roman" w:hAnsi="Times New Roman"/>
                <w:sz w:val="18"/>
              </w:rPr>
              <w:t>[STATUS]</w:t>
            </w:r>
          </w:p>
        </w:tc>
        <w:tc>
          <w:tcPr>
            <w:tcW w:type="dxa" w:w="1040"/>
            <w:vAlign w:val="center"/>
            <w:tcMar>
              <w:top w:w="55" w:type="dxa"/>
              <w:start w:w="70" w:type="dxa"/>
              <w:bottom w:w="55" w:type="dxa"/>
              <w:end w:w="70" w:type="dxa"/>
            </w:tcMar>
          </w:tcPr>
          <w:p>
            <w:pPr>
              <w:spacing w:after="0"/>
            </w:pPr>
            <w:r>
              <w:rPr>
                <w:rFonts w:ascii="Times New Roman" w:hAnsi="Times New Roman"/>
                <w:sz w:val="18"/>
              </w:rPr>
              <w:t>[STATUS]</w:t>
            </w:r>
          </w:p>
        </w:tc>
        <w:tc>
          <w:tcPr>
            <w:tcW w:type="dxa" w:w="1040"/>
            <w:vAlign w:val="center"/>
            <w:tcMar>
              <w:top w:w="55" w:type="dxa"/>
              <w:start w:w="70" w:type="dxa"/>
              <w:bottom w:w="55" w:type="dxa"/>
              <w:end w:w="70" w:type="dxa"/>
            </w:tcMar>
          </w:tcPr>
          <w:p>
            <w:pPr>
              <w:spacing w:after="0"/>
            </w:pPr>
            <w:r>
              <w:rPr>
                <w:rFonts w:ascii="Times New Roman" w:hAnsi="Times New Roman"/>
                <w:sz w:val="18"/>
              </w:rPr>
              <w:t>[CONDITION OR NOT]</w:t>
            </w:r>
          </w:p>
        </w:tc>
      </w:tr>
    </w:tbl>
    <w:p>
      <w:pPr>
        <w:widowControl/>
        <w:spacing w:after="20"/>
      </w:pPr>
    </w:p>
    <w:p>
      <w:pPr>
        <w:widowControl/>
        <w:ind w:firstLine="720"/>
        <w:jc w:val="both"/>
      </w:pPr>
      <w:r>
        <w:t>Every document must have a final agreed comparison against the correct precedent or prior version. File names must include the document name, date, and version. “Final” is not a version number. Execution PDFs, native Word files, redlines, and signature packets must be stored separately to prevent accidental circulation.</w:t>
      </w:r>
    </w:p>
    <w:p>
      <w:pPr>
        <w:pStyle w:val="Heading2"/>
        <w:widowControl/>
        <w:ind w:left="0" w:firstLine="0"/>
      </w:pPr>
      <w:r>
        <w:rPr>
          <w:rFonts w:ascii="Times New Roman" w:hAnsi="Times New Roman"/>
          <w:b/>
          <w:sz w:val="22"/>
          <w:u w:val="single"/>
        </w:rPr>
        <w:t>5. Asset Liability and Contract Transfer Workstream</w:t>
      </w:r>
    </w:p>
    <w:p>
      <w:pPr>
        <w:widowControl/>
        <w:ind w:firstLine="720"/>
        <w:jc w:val="both"/>
      </w:pPr>
      <w:r>
        <w:t>For an asset transaction, list every purchased and excluded asset and assumed and retained liability. Reconcile the acquisition agreement schedules to the bill of sale, assignment and assumption, IP assignments, deeds, titles, domain and account transfers, lease assignments, permits, bank accounts, receivables, inventory, books and records, and local instruments.</w:t>
      </w:r>
    </w:p>
    <w:tbl>
      <w:tblPr>
        <w:tblStyle w:val="TableGrid"/>
        <w:tblW w:type="auto" w:w="0"/>
        <w:jc w:val="center"/>
        <w:tblLayout w:type="fixed"/>
        <w:tblLook w:firstColumn="1" w:firstRow="1" w:lastColumn="0" w:lastRow="0" w:noHBand="0" w:noVBand="1" w:val="04A0"/>
        <w:tblBorders>
          <w:top w:val="single" w:color="D9D9D9" w:sz="4"/>
          <w:left w:val="single" w:color="D9D9D9" w:sz="4"/>
          <w:bottom w:val="single" w:color="D9D9D9" w:sz="4"/>
          <w:right w:val="single" w:color="D9D9D9" w:sz="4"/>
          <w:insideH w:val="single" w:color="D9D9D9" w:sz="4"/>
          <w:insideV w:val="single" w:color="D9D9D9" w:sz="4"/>
        </w:tblBorders>
      </w:tblPr>
      <w:tblGrid>
        <w:gridCol w:w="1170"/>
        <w:gridCol w:w="1170"/>
        <w:gridCol w:w="1170"/>
        <w:gridCol w:w="1170"/>
        <w:gridCol w:w="1170"/>
        <w:gridCol w:w="1170"/>
        <w:gridCol w:w="1170"/>
        <w:gridCol w:w="1170"/>
      </w:tblGrid>
      <w:tr>
        <w:trPr>
          <w:tblHeader w:val="true"/>
          <w:cantSplit/>
        </w:trPr>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ID</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Asset liability or contract</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Transfer instrument</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Consent or filing</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Effective time</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Owner</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Evidence</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Status</w:t>
            </w:r>
          </w:p>
        </w:tc>
      </w:tr>
      <w:tr>
        <w:trPr>
          <w:cantSplit/>
        </w:trPr>
        <w:tc>
          <w:tcPr>
            <w:tcW w:type="dxa" w:w="1170"/>
            <w:vAlign w:val="center"/>
            <w:tcMar>
              <w:top w:w="55" w:type="dxa"/>
              <w:start w:w="70" w:type="dxa"/>
              <w:bottom w:w="55" w:type="dxa"/>
              <w:end w:w="70" w:type="dxa"/>
            </w:tcMar>
          </w:tcPr>
          <w:p>
            <w:pPr>
              <w:spacing w:after="0"/>
            </w:pPr>
            <w:r>
              <w:rPr>
                <w:rFonts w:ascii="Times New Roman" w:hAnsi="Times New Roman"/>
                <w:sz w:val="18"/>
              </w:rPr>
              <w:t>ASSET-01</w:t>
            </w:r>
          </w:p>
        </w:tc>
        <w:tc>
          <w:tcPr>
            <w:tcW w:type="dxa" w:w="1170"/>
            <w:vAlign w:val="center"/>
            <w:tcMar>
              <w:top w:w="55" w:type="dxa"/>
              <w:start w:w="70" w:type="dxa"/>
              <w:bottom w:w="55" w:type="dxa"/>
              <w:end w:w="70" w:type="dxa"/>
            </w:tcMar>
          </w:tcPr>
          <w:p>
            <w:pPr>
              <w:spacing w:after="0"/>
            </w:pPr>
            <w:r>
              <w:rPr>
                <w:rFonts w:ascii="Times New Roman" w:hAnsi="Times New Roman"/>
                <w:sz w:val="18"/>
              </w:rPr>
              <w:t>Assigned Contracts</w:t>
            </w:r>
          </w:p>
        </w:tc>
        <w:tc>
          <w:tcPr>
            <w:tcW w:type="dxa" w:w="1170"/>
            <w:vAlign w:val="center"/>
            <w:tcMar>
              <w:top w:w="55" w:type="dxa"/>
              <w:start w:w="70" w:type="dxa"/>
              <w:bottom w:w="55" w:type="dxa"/>
              <w:end w:w="70" w:type="dxa"/>
            </w:tcMar>
          </w:tcPr>
          <w:p>
            <w:pPr>
              <w:spacing w:after="0"/>
            </w:pPr>
            <w:r>
              <w:rPr>
                <w:rFonts w:ascii="Times New Roman" w:hAnsi="Times New Roman"/>
                <w:sz w:val="18"/>
              </w:rPr>
              <w:t>Assignment and Assumption</w:t>
            </w:r>
          </w:p>
        </w:tc>
        <w:tc>
          <w:tcPr>
            <w:tcW w:type="dxa" w:w="1170"/>
            <w:vAlign w:val="center"/>
            <w:tcMar>
              <w:top w:w="55" w:type="dxa"/>
              <w:start w:w="70" w:type="dxa"/>
              <w:bottom w:w="55" w:type="dxa"/>
              <w:end w:w="70" w:type="dxa"/>
            </w:tcMar>
          </w:tcPr>
          <w:p>
            <w:pPr>
              <w:spacing w:after="0"/>
            </w:pPr>
            <w:r>
              <w:rPr>
                <w:rFonts w:ascii="Times New Roman" w:hAnsi="Times New Roman"/>
                <w:sz w:val="18"/>
              </w:rPr>
              <w:t>[CONSENT / NOVATION]</w:t>
            </w:r>
          </w:p>
        </w:tc>
        <w:tc>
          <w:tcPr>
            <w:tcW w:type="dxa" w:w="1170"/>
            <w:vAlign w:val="center"/>
            <w:tcMar>
              <w:top w:w="55" w:type="dxa"/>
              <w:start w:w="70" w:type="dxa"/>
              <w:bottom w:w="55" w:type="dxa"/>
              <w:end w:w="70" w:type="dxa"/>
            </w:tcMar>
          </w:tcPr>
          <w:p>
            <w:pPr>
              <w:spacing w:after="0"/>
            </w:pPr>
            <w:r>
              <w:rPr>
                <w:rFonts w:ascii="Times New Roman" w:hAnsi="Times New Roman"/>
                <w:sz w:val="18"/>
              </w:rPr>
              <w:t>[TIME]</w:t>
            </w:r>
          </w:p>
        </w:tc>
        <w:tc>
          <w:tcPr>
            <w:tcW w:type="dxa" w:w="1170"/>
            <w:vAlign w:val="center"/>
            <w:tcMar>
              <w:top w:w="55" w:type="dxa"/>
              <w:start w:w="70" w:type="dxa"/>
              <w:bottom w:w="55" w:type="dxa"/>
              <w:end w:w="70" w:type="dxa"/>
            </w:tcMar>
          </w:tcPr>
          <w:p>
            <w:pPr>
              <w:spacing w:after="0"/>
            </w:pPr>
            <w:r>
              <w:rPr>
                <w:rFonts w:ascii="Times New Roman" w:hAnsi="Times New Roman"/>
                <w:sz w:val="18"/>
              </w:rPr>
              <w:t>[OWNER]</w:t>
            </w:r>
          </w:p>
        </w:tc>
        <w:tc>
          <w:tcPr>
            <w:tcW w:type="dxa" w:w="1170"/>
            <w:vAlign w:val="center"/>
            <w:tcMar>
              <w:top w:w="55" w:type="dxa"/>
              <w:start w:w="70" w:type="dxa"/>
              <w:bottom w:w="55" w:type="dxa"/>
              <w:end w:w="70" w:type="dxa"/>
            </w:tcMar>
          </w:tcPr>
          <w:p>
            <w:pPr>
              <w:spacing w:after="0"/>
            </w:pPr>
            <w:r>
              <w:rPr>
                <w:rFonts w:ascii="Times New Roman" w:hAnsi="Times New Roman"/>
                <w:sz w:val="18"/>
              </w:rPr>
              <w:t>[SIGNED / ACKNOWLEDGED]</w:t>
            </w:r>
          </w:p>
        </w:tc>
        <w:tc>
          <w:tcPr>
            <w:tcW w:type="dxa" w:w="1170"/>
            <w:vAlign w:val="center"/>
            <w:tcMar>
              <w:top w:w="55" w:type="dxa"/>
              <w:start w:w="70" w:type="dxa"/>
              <w:bottom w:w="55" w:type="dxa"/>
              <w:end w:w="70" w:type="dxa"/>
            </w:tcMar>
          </w:tcPr>
          <w:p>
            <w:pPr>
              <w:spacing w:after="0"/>
            </w:pPr>
            <w:r>
              <w:rPr>
                <w:rFonts w:ascii="Times New Roman" w:hAnsi="Times New Roman"/>
                <w:sz w:val="18"/>
              </w:rPr>
              <w:t>[STATUS]</w:t>
            </w:r>
          </w:p>
        </w:tc>
      </w:tr>
      <w:tr>
        <w:trPr>
          <w:cantSplit/>
        </w:trPr>
        <w:tc>
          <w:tcPr>
            <w:tcW w:type="dxa" w:w="1170"/>
            <w:vAlign w:val="center"/>
            <w:tcMar>
              <w:top w:w="55" w:type="dxa"/>
              <w:start w:w="70" w:type="dxa"/>
              <w:bottom w:w="55" w:type="dxa"/>
              <w:end w:w="70" w:type="dxa"/>
            </w:tcMar>
          </w:tcPr>
          <w:p>
            <w:pPr>
              <w:spacing w:after="0"/>
            </w:pPr>
            <w:r>
              <w:rPr>
                <w:rFonts w:ascii="Times New Roman" w:hAnsi="Times New Roman"/>
                <w:sz w:val="18"/>
              </w:rPr>
              <w:t>ASSET-02</w:t>
            </w:r>
          </w:p>
        </w:tc>
        <w:tc>
          <w:tcPr>
            <w:tcW w:type="dxa" w:w="1170"/>
            <w:vAlign w:val="center"/>
            <w:tcMar>
              <w:top w:w="55" w:type="dxa"/>
              <w:start w:w="70" w:type="dxa"/>
              <w:bottom w:w="55" w:type="dxa"/>
              <w:end w:w="70" w:type="dxa"/>
            </w:tcMar>
          </w:tcPr>
          <w:p>
            <w:pPr>
              <w:spacing w:after="0"/>
            </w:pPr>
            <w:r>
              <w:rPr>
                <w:rFonts w:ascii="Times New Roman" w:hAnsi="Times New Roman"/>
                <w:sz w:val="18"/>
              </w:rPr>
              <w:t>Tangible property</w:t>
            </w:r>
          </w:p>
        </w:tc>
        <w:tc>
          <w:tcPr>
            <w:tcW w:type="dxa" w:w="1170"/>
            <w:vAlign w:val="center"/>
            <w:tcMar>
              <w:top w:w="55" w:type="dxa"/>
              <w:start w:w="70" w:type="dxa"/>
              <w:bottom w:w="55" w:type="dxa"/>
              <w:end w:w="70" w:type="dxa"/>
            </w:tcMar>
          </w:tcPr>
          <w:p>
            <w:pPr>
              <w:spacing w:after="0"/>
            </w:pPr>
            <w:r>
              <w:rPr>
                <w:rFonts w:ascii="Times New Roman" w:hAnsi="Times New Roman"/>
                <w:sz w:val="18"/>
              </w:rPr>
              <w:t>Bill of Sale</w:t>
            </w:r>
          </w:p>
        </w:tc>
        <w:tc>
          <w:tcPr>
            <w:tcW w:type="dxa" w:w="1170"/>
            <w:vAlign w:val="center"/>
            <w:tcMar>
              <w:top w:w="55" w:type="dxa"/>
              <w:start w:w="70" w:type="dxa"/>
              <w:bottom w:w="55" w:type="dxa"/>
              <w:end w:w="70" w:type="dxa"/>
            </w:tcMar>
          </w:tcPr>
          <w:p>
            <w:pPr>
              <w:spacing w:after="0"/>
            </w:pPr>
            <w:r>
              <w:rPr>
                <w:rFonts w:ascii="Times New Roman" w:hAnsi="Times New Roman"/>
                <w:sz w:val="18"/>
              </w:rPr>
              <w:t>[TITLE / TAX]</w:t>
            </w:r>
          </w:p>
        </w:tc>
        <w:tc>
          <w:tcPr>
            <w:tcW w:type="dxa" w:w="1170"/>
            <w:vAlign w:val="center"/>
            <w:tcMar>
              <w:top w:w="55" w:type="dxa"/>
              <w:start w:w="70" w:type="dxa"/>
              <w:bottom w:w="55" w:type="dxa"/>
              <w:end w:w="70" w:type="dxa"/>
            </w:tcMar>
          </w:tcPr>
          <w:p>
            <w:pPr>
              <w:spacing w:after="0"/>
            </w:pPr>
            <w:r>
              <w:rPr>
                <w:rFonts w:ascii="Times New Roman" w:hAnsi="Times New Roman"/>
                <w:sz w:val="18"/>
              </w:rPr>
              <w:t>[TIME]</w:t>
            </w:r>
          </w:p>
        </w:tc>
        <w:tc>
          <w:tcPr>
            <w:tcW w:type="dxa" w:w="1170"/>
            <w:vAlign w:val="center"/>
            <w:tcMar>
              <w:top w:w="55" w:type="dxa"/>
              <w:start w:w="70" w:type="dxa"/>
              <w:bottom w:w="55" w:type="dxa"/>
              <w:end w:w="70" w:type="dxa"/>
            </w:tcMar>
          </w:tcPr>
          <w:p>
            <w:pPr>
              <w:spacing w:after="0"/>
            </w:pPr>
            <w:r>
              <w:rPr>
                <w:rFonts w:ascii="Times New Roman" w:hAnsi="Times New Roman"/>
                <w:sz w:val="18"/>
              </w:rPr>
              <w:t>[OWNER]</w:t>
            </w:r>
          </w:p>
        </w:tc>
        <w:tc>
          <w:tcPr>
            <w:tcW w:type="dxa" w:w="1170"/>
            <w:vAlign w:val="center"/>
            <w:tcMar>
              <w:top w:w="55" w:type="dxa"/>
              <w:start w:w="70" w:type="dxa"/>
              <w:bottom w:w="55" w:type="dxa"/>
              <w:end w:w="70" w:type="dxa"/>
            </w:tcMar>
          </w:tcPr>
          <w:p>
            <w:pPr>
              <w:spacing w:after="0"/>
            </w:pPr>
            <w:r>
              <w:rPr>
                <w:rFonts w:ascii="Times New Roman" w:hAnsi="Times New Roman"/>
                <w:sz w:val="18"/>
              </w:rPr>
              <w:t>[INVENTORY / DELIVERY]</w:t>
            </w:r>
          </w:p>
        </w:tc>
        <w:tc>
          <w:tcPr>
            <w:tcW w:type="dxa" w:w="1170"/>
            <w:vAlign w:val="center"/>
            <w:tcMar>
              <w:top w:w="55" w:type="dxa"/>
              <w:start w:w="70" w:type="dxa"/>
              <w:bottom w:w="55" w:type="dxa"/>
              <w:end w:w="70" w:type="dxa"/>
            </w:tcMar>
          </w:tcPr>
          <w:p>
            <w:pPr>
              <w:spacing w:after="0"/>
            </w:pPr>
            <w:r>
              <w:rPr>
                <w:rFonts w:ascii="Times New Roman" w:hAnsi="Times New Roman"/>
                <w:sz w:val="18"/>
              </w:rPr>
              <w:t>[STATUS]</w:t>
            </w:r>
          </w:p>
        </w:tc>
      </w:tr>
      <w:tr>
        <w:trPr>
          <w:cantSplit/>
        </w:trPr>
        <w:tc>
          <w:tcPr>
            <w:tcW w:type="dxa" w:w="1170"/>
            <w:vAlign w:val="center"/>
            <w:tcMar>
              <w:top w:w="55" w:type="dxa"/>
              <w:start w:w="70" w:type="dxa"/>
              <w:bottom w:w="55" w:type="dxa"/>
              <w:end w:w="70" w:type="dxa"/>
            </w:tcMar>
          </w:tcPr>
          <w:p>
            <w:pPr>
              <w:spacing w:after="0"/>
            </w:pPr>
            <w:r>
              <w:rPr>
                <w:rFonts w:ascii="Times New Roman" w:hAnsi="Times New Roman"/>
                <w:sz w:val="18"/>
              </w:rPr>
              <w:t>ASSET-03</w:t>
            </w:r>
          </w:p>
        </w:tc>
        <w:tc>
          <w:tcPr>
            <w:tcW w:type="dxa" w:w="1170"/>
            <w:vAlign w:val="center"/>
            <w:tcMar>
              <w:top w:w="55" w:type="dxa"/>
              <w:start w:w="70" w:type="dxa"/>
              <w:bottom w:w="55" w:type="dxa"/>
              <w:end w:w="70" w:type="dxa"/>
            </w:tcMar>
          </w:tcPr>
          <w:p>
            <w:pPr>
              <w:spacing w:after="0"/>
            </w:pPr>
            <w:r>
              <w:rPr>
                <w:rFonts w:ascii="Times New Roman" w:hAnsi="Times New Roman"/>
                <w:sz w:val="18"/>
              </w:rPr>
              <w:t>Intellectual property</w:t>
            </w:r>
          </w:p>
        </w:tc>
        <w:tc>
          <w:tcPr>
            <w:tcW w:type="dxa" w:w="1170"/>
            <w:vAlign w:val="center"/>
            <w:tcMar>
              <w:top w:w="55" w:type="dxa"/>
              <w:start w:w="70" w:type="dxa"/>
              <w:bottom w:w="55" w:type="dxa"/>
              <w:end w:w="70" w:type="dxa"/>
            </w:tcMar>
          </w:tcPr>
          <w:p>
            <w:pPr>
              <w:spacing w:after="0"/>
            </w:pPr>
            <w:r>
              <w:rPr>
                <w:rFonts w:ascii="Times New Roman" w:hAnsi="Times New Roman"/>
                <w:sz w:val="18"/>
              </w:rPr>
              <w:t>IP assignment</w:t>
            </w:r>
          </w:p>
        </w:tc>
        <w:tc>
          <w:tcPr>
            <w:tcW w:type="dxa" w:w="1170"/>
            <w:vAlign w:val="center"/>
            <w:tcMar>
              <w:top w:w="55" w:type="dxa"/>
              <w:start w:w="70" w:type="dxa"/>
              <w:bottom w:w="55" w:type="dxa"/>
              <w:end w:w="70" w:type="dxa"/>
            </w:tcMar>
          </w:tcPr>
          <w:p>
            <w:pPr>
              <w:spacing w:after="0"/>
            </w:pPr>
            <w:r>
              <w:rPr>
                <w:rFonts w:ascii="Times New Roman" w:hAnsi="Times New Roman"/>
                <w:sz w:val="18"/>
              </w:rPr>
              <w:t>[RECORDING / CONSENT]</w:t>
            </w:r>
          </w:p>
        </w:tc>
        <w:tc>
          <w:tcPr>
            <w:tcW w:type="dxa" w:w="1170"/>
            <w:vAlign w:val="center"/>
            <w:tcMar>
              <w:top w:w="55" w:type="dxa"/>
              <w:start w:w="70" w:type="dxa"/>
              <w:bottom w:w="55" w:type="dxa"/>
              <w:end w:w="70" w:type="dxa"/>
            </w:tcMar>
          </w:tcPr>
          <w:p>
            <w:pPr>
              <w:spacing w:after="0"/>
            </w:pPr>
            <w:r>
              <w:rPr>
                <w:rFonts w:ascii="Times New Roman" w:hAnsi="Times New Roman"/>
                <w:sz w:val="18"/>
              </w:rPr>
              <w:t>[TIME]</w:t>
            </w:r>
          </w:p>
        </w:tc>
        <w:tc>
          <w:tcPr>
            <w:tcW w:type="dxa" w:w="1170"/>
            <w:vAlign w:val="center"/>
            <w:tcMar>
              <w:top w:w="55" w:type="dxa"/>
              <w:start w:w="70" w:type="dxa"/>
              <w:bottom w:w="55" w:type="dxa"/>
              <w:end w:w="70" w:type="dxa"/>
            </w:tcMar>
          </w:tcPr>
          <w:p>
            <w:pPr>
              <w:spacing w:after="0"/>
            </w:pPr>
            <w:r>
              <w:rPr>
                <w:rFonts w:ascii="Times New Roman" w:hAnsi="Times New Roman"/>
                <w:sz w:val="18"/>
              </w:rPr>
              <w:t>[OWNER]</w:t>
            </w:r>
          </w:p>
        </w:tc>
        <w:tc>
          <w:tcPr>
            <w:tcW w:type="dxa" w:w="1170"/>
            <w:vAlign w:val="center"/>
            <w:tcMar>
              <w:top w:w="55" w:type="dxa"/>
              <w:start w:w="70" w:type="dxa"/>
              <w:bottom w:w="55" w:type="dxa"/>
              <w:end w:w="70" w:type="dxa"/>
            </w:tcMar>
          </w:tcPr>
          <w:p>
            <w:pPr>
              <w:spacing w:after="0"/>
            </w:pPr>
            <w:r>
              <w:rPr>
                <w:rFonts w:ascii="Times New Roman" w:hAnsi="Times New Roman"/>
                <w:sz w:val="18"/>
              </w:rPr>
              <w:t>[SCHEDULE / FILING]</w:t>
            </w:r>
          </w:p>
        </w:tc>
        <w:tc>
          <w:tcPr>
            <w:tcW w:type="dxa" w:w="1170"/>
            <w:vAlign w:val="center"/>
            <w:tcMar>
              <w:top w:w="55" w:type="dxa"/>
              <w:start w:w="70" w:type="dxa"/>
              <w:bottom w:w="55" w:type="dxa"/>
              <w:end w:w="70" w:type="dxa"/>
            </w:tcMar>
          </w:tcPr>
          <w:p>
            <w:pPr>
              <w:spacing w:after="0"/>
            </w:pPr>
            <w:r>
              <w:rPr>
                <w:rFonts w:ascii="Times New Roman" w:hAnsi="Times New Roman"/>
                <w:sz w:val="18"/>
              </w:rPr>
              <w:t>[STATUS]</w:t>
            </w:r>
          </w:p>
        </w:tc>
      </w:tr>
      <w:tr>
        <w:trPr>
          <w:cantSplit/>
        </w:trPr>
        <w:tc>
          <w:tcPr>
            <w:tcW w:type="dxa" w:w="1170"/>
            <w:vAlign w:val="center"/>
            <w:tcMar>
              <w:top w:w="55" w:type="dxa"/>
              <w:start w:w="70" w:type="dxa"/>
              <w:bottom w:w="55" w:type="dxa"/>
              <w:end w:w="70" w:type="dxa"/>
            </w:tcMar>
          </w:tcPr>
          <w:p>
            <w:pPr>
              <w:spacing w:after="0"/>
            </w:pPr>
            <w:r>
              <w:rPr>
                <w:rFonts w:ascii="Times New Roman" w:hAnsi="Times New Roman"/>
                <w:sz w:val="18"/>
              </w:rPr>
              <w:t>ASSET-04</w:t>
            </w:r>
          </w:p>
        </w:tc>
        <w:tc>
          <w:tcPr>
            <w:tcW w:type="dxa" w:w="1170"/>
            <w:vAlign w:val="center"/>
            <w:tcMar>
              <w:top w:w="55" w:type="dxa"/>
              <w:start w:w="70" w:type="dxa"/>
              <w:bottom w:w="55" w:type="dxa"/>
              <w:end w:w="70" w:type="dxa"/>
            </w:tcMar>
          </w:tcPr>
          <w:p>
            <w:pPr>
              <w:spacing w:after="0"/>
            </w:pPr>
            <w:r>
              <w:rPr>
                <w:rFonts w:ascii="Times New Roman" w:hAnsi="Times New Roman"/>
                <w:sz w:val="18"/>
              </w:rPr>
              <w:t>Nonassignable asset</w:t>
            </w:r>
          </w:p>
        </w:tc>
        <w:tc>
          <w:tcPr>
            <w:tcW w:type="dxa" w:w="1170"/>
            <w:vAlign w:val="center"/>
            <w:tcMar>
              <w:top w:w="55" w:type="dxa"/>
              <w:start w:w="70" w:type="dxa"/>
              <w:bottom w:w="55" w:type="dxa"/>
              <w:end w:w="70" w:type="dxa"/>
            </w:tcMar>
          </w:tcPr>
          <w:p>
            <w:pPr>
              <w:spacing w:after="0"/>
            </w:pPr>
            <w:r>
              <w:rPr>
                <w:rFonts w:ascii="Times New Roman" w:hAnsi="Times New Roman"/>
                <w:sz w:val="18"/>
              </w:rPr>
              <w:t>Alternative arrangement</w:t>
            </w:r>
          </w:p>
        </w:tc>
        <w:tc>
          <w:tcPr>
            <w:tcW w:type="dxa" w:w="1170"/>
            <w:vAlign w:val="center"/>
            <w:tcMar>
              <w:top w:w="55" w:type="dxa"/>
              <w:start w:w="70" w:type="dxa"/>
              <w:bottom w:w="55" w:type="dxa"/>
              <w:end w:w="70" w:type="dxa"/>
            </w:tcMar>
          </w:tcPr>
          <w:p>
            <w:pPr>
              <w:spacing w:after="0"/>
            </w:pPr>
            <w:r>
              <w:rPr>
                <w:rFonts w:ascii="Times New Roman" w:hAnsi="Times New Roman"/>
                <w:sz w:val="18"/>
              </w:rPr>
              <w:t>[CONSENT EFFORTS]</w:t>
            </w:r>
          </w:p>
        </w:tc>
        <w:tc>
          <w:tcPr>
            <w:tcW w:type="dxa" w:w="1170"/>
            <w:vAlign w:val="center"/>
            <w:tcMar>
              <w:top w:w="55" w:type="dxa"/>
              <w:start w:w="70" w:type="dxa"/>
              <w:bottom w:w="55" w:type="dxa"/>
              <w:end w:w="70" w:type="dxa"/>
            </w:tcMar>
          </w:tcPr>
          <w:p>
            <w:pPr>
              <w:spacing w:after="0"/>
            </w:pPr>
            <w:r>
              <w:rPr>
                <w:rFonts w:ascii="Times New Roman" w:hAnsi="Times New Roman"/>
                <w:sz w:val="18"/>
              </w:rPr>
              <w:t>[TIME]</w:t>
            </w:r>
          </w:p>
        </w:tc>
        <w:tc>
          <w:tcPr>
            <w:tcW w:type="dxa" w:w="1170"/>
            <w:vAlign w:val="center"/>
            <w:tcMar>
              <w:top w:w="55" w:type="dxa"/>
              <w:start w:w="70" w:type="dxa"/>
              <w:bottom w:w="55" w:type="dxa"/>
              <w:end w:w="70" w:type="dxa"/>
            </w:tcMar>
          </w:tcPr>
          <w:p>
            <w:pPr>
              <w:spacing w:after="0"/>
            </w:pPr>
            <w:r>
              <w:rPr>
                <w:rFonts w:ascii="Times New Roman" w:hAnsi="Times New Roman"/>
                <w:sz w:val="18"/>
              </w:rPr>
              <w:t>[OWNER]</w:t>
            </w:r>
          </w:p>
        </w:tc>
        <w:tc>
          <w:tcPr>
            <w:tcW w:type="dxa" w:w="1170"/>
            <w:vAlign w:val="center"/>
            <w:tcMar>
              <w:top w:w="55" w:type="dxa"/>
              <w:start w:w="70" w:type="dxa"/>
              <w:bottom w:w="55" w:type="dxa"/>
              <w:end w:w="70" w:type="dxa"/>
            </w:tcMar>
          </w:tcPr>
          <w:p>
            <w:pPr>
              <w:spacing w:after="0"/>
            </w:pPr>
            <w:r>
              <w:rPr>
                <w:rFonts w:ascii="Times New Roman" w:hAnsi="Times New Roman"/>
                <w:sz w:val="18"/>
              </w:rPr>
              <w:t>[ECONOMIC EQUIVALENT]</w:t>
            </w:r>
          </w:p>
        </w:tc>
        <w:tc>
          <w:tcPr>
            <w:tcW w:type="dxa" w:w="1170"/>
            <w:vAlign w:val="center"/>
            <w:tcMar>
              <w:top w:w="55" w:type="dxa"/>
              <w:start w:w="70" w:type="dxa"/>
              <w:bottom w:w="55" w:type="dxa"/>
              <w:end w:w="70" w:type="dxa"/>
            </w:tcMar>
          </w:tcPr>
          <w:p>
            <w:pPr>
              <w:spacing w:after="0"/>
            </w:pPr>
            <w:r>
              <w:rPr>
                <w:rFonts w:ascii="Times New Roman" w:hAnsi="Times New Roman"/>
                <w:sz w:val="18"/>
              </w:rPr>
              <w:t>[STATUS]</w:t>
            </w:r>
          </w:p>
        </w:tc>
      </w:tr>
    </w:tbl>
    <w:p>
      <w:pPr>
        <w:widowControl/>
        <w:spacing w:after="20"/>
      </w:pPr>
    </w:p>
    <w:p>
      <w:pPr>
        <w:pStyle w:val="Heading2"/>
        <w:widowControl/>
        <w:ind w:left="0" w:firstLine="0"/>
      </w:pPr>
      <w:r>
        <w:rPr>
          <w:rFonts w:ascii="Times New Roman" w:hAnsi="Times New Roman"/>
          <w:b/>
          <w:sz w:val="22"/>
          <w:u w:val="single"/>
        </w:rPr>
        <w:t>6. Debt Liens and Third Party Consents</w:t>
      </w:r>
    </w:p>
    <w:p>
      <w:pPr>
        <w:widowControl/>
        <w:ind w:firstLine="720"/>
        <w:jc w:val="both"/>
      </w:pPr>
      <w:r>
        <w:t>Track payoff letters, per-diem interest, wire instructions, lien releases, UCC terminations, control-agreement terminations, mortgages, guarantees, letters of credit, equipment liens, tax liens, and post-Closing filings. Verify that the payoff amount and release cover each borrower, guarantor, account, jurisdiction, and secured asset.</w:t>
      </w:r>
    </w:p>
    <w:tbl>
      <w:tblPr>
        <w:tblStyle w:val="TableGrid"/>
        <w:tblW w:type="auto" w:w="0"/>
        <w:jc w:val="center"/>
        <w:tblLayout w:type="fixed"/>
        <w:tblLook w:firstColumn="1" w:firstRow="1" w:lastColumn="0" w:lastRow="0" w:noHBand="0" w:noVBand="1" w:val="04A0"/>
        <w:tblBorders>
          <w:top w:val="single" w:color="D9D9D9" w:sz="4"/>
          <w:left w:val="single" w:color="D9D9D9" w:sz="4"/>
          <w:bottom w:val="single" w:color="D9D9D9" w:sz="4"/>
          <w:right w:val="single" w:color="D9D9D9" w:sz="4"/>
          <w:insideH w:val="single" w:color="D9D9D9" w:sz="4"/>
          <w:insideV w:val="single" w:color="D9D9D9" w:sz="4"/>
        </w:tblBorders>
      </w:tblPr>
      <w:tblGrid>
        <w:gridCol w:w="1170"/>
        <w:gridCol w:w="1170"/>
        <w:gridCol w:w="1170"/>
        <w:gridCol w:w="1170"/>
        <w:gridCol w:w="1170"/>
        <w:gridCol w:w="1170"/>
        <w:gridCol w:w="1170"/>
        <w:gridCol w:w="1170"/>
      </w:tblGrid>
      <w:tr>
        <w:trPr>
          <w:tblHeader w:val="true"/>
          <w:cantSplit/>
        </w:trPr>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ID</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Counterparty and instrument</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Consent payoff or release</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Amount through date</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Filing or original</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Owner</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Condition</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Status and evidence</w:t>
            </w:r>
          </w:p>
        </w:tc>
      </w:tr>
      <w:tr>
        <w:trPr>
          <w:cantSplit/>
        </w:trPr>
        <w:tc>
          <w:tcPr>
            <w:tcW w:type="dxa" w:w="1170"/>
            <w:vAlign w:val="center"/>
            <w:tcMar>
              <w:top w:w="55" w:type="dxa"/>
              <w:start w:w="70" w:type="dxa"/>
              <w:bottom w:w="55" w:type="dxa"/>
              <w:end w:w="70" w:type="dxa"/>
            </w:tcMar>
          </w:tcPr>
          <w:p>
            <w:pPr>
              <w:spacing w:after="0"/>
            </w:pPr>
            <w:r>
              <w:rPr>
                <w:rFonts w:ascii="Times New Roman" w:hAnsi="Times New Roman"/>
                <w:sz w:val="18"/>
              </w:rPr>
              <w:t>DEBT-01</w:t>
            </w:r>
          </w:p>
        </w:tc>
        <w:tc>
          <w:tcPr>
            <w:tcW w:type="dxa" w:w="1170"/>
            <w:vAlign w:val="center"/>
            <w:tcMar>
              <w:top w:w="55" w:type="dxa"/>
              <w:start w:w="70" w:type="dxa"/>
              <w:bottom w:w="55" w:type="dxa"/>
              <w:end w:w="70" w:type="dxa"/>
            </w:tcMar>
          </w:tcPr>
          <w:p>
            <w:pPr>
              <w:spacing w:after="0"/>
            </w:pPr>
            <w:r>
              <w:rPr>
                <w:rFonts w:ascii="Times New Roman" w:hAnsi="Times New Roman"/>
                <w:sz w:val="18"/>
              </w:rPr>
              <w:t>[LENDER / FACILITY]</w:t>
            </w:r>
          </w:p>
        </w:tc>
        <w:tc>
          <w:tcPr>
            <w:tcW w:type="dxa" w:w="1170"/>
            <w:vAlign w:val="center"/>
            <w:tcMar>
              <w:top w:w="55" w:type="dxa"/>
              <w:start w:w="70" w:type="dxa"/>
              <w:bottom w:w="55" w:type="dxa"/>
              <w:end w:w="70" w:type="dxa"/>
            </w:tcMar>
          </w:tcPr>
          <w:p>
            <w:pPr>
              <w:spacing w:after="0"/>
            </w:pPr>
            <w:r>
              <w:rPr>
                <w:rFonts w:ascii="Times New Roman" w:hAnsi="Times New Roman"/>
                <w:sz w:val="18"/>
              </w:rPr>
              <w:t>[PAYOFF / RELEASE]</w:t>
            </w:r>
          </w:p>
        </w:tc>
        <w:tc>
          <w:tcPr>
            <w:tcW w:type="dxa" w:w="1170"/>
            <w:vAlign w:val="center"/>
            <w:tcMar>
              <w:top w:w="55" w:type="dxa"/>
              <w:start w:w="70" w:type="dxa"/>
              <w:bottom w:w="55" w:type="dxa"/>
              <w:end w:w="70" w:type="dxa"/>
            </w:tcMar>
          </w:tcPr>
          <w:p>
            <w:pPr>
              <w:spacing w:after="0"/>
            </w:pPr>
            <w:r>
              <w:rPr>
                <w:rFonts w:ascii="Times New Roman" w:hAnsi="Times New Roman"/>
                <w:sz w:val="18"/>
              </w:rPr>
              <w:t>[$ / DATE]</w:t>
            </w:r>
          </w:p>
        </w:tc>
        <w:tc>
          <w:tcPr>
            <w:tcW w:type="dxa" w:w="1170"/>
            <w:vAlign w:val="center"/>
            <w:tcMar>
              <w:top w:w="55" w:type="dxa"/>
              <w:start w:w="70" w:type="dxa"/>
              <w:bottom w:w="55" w:type="dxa"/>
              <w:end w:w="70" w:type="dxa"/>
            </w:tcMar>
          </w:tcPr>
          <w:p>
            <w:pPr>
              <w:spacing w:after="0"/>
            </w:pPr>
            <w:r>
              <w:rPr>
                <w:rFonts w:ascii="Times New Roman" w:hAnsi="Times New Roman"/>
                <w:sz w:val="18"/>
              </w:rPr>
              <w:t>[UCC-3 / CONTROL / ORIGINAL]</w:t>
            </w:r>
          </w:p>
        </w:tc>
        <w:tc>
          <w:tcPr>
            <w:tcW w:type="dxa" w:w="1170"/>
            <w:vAlign w:val="center"/>
            <w:tcMar>
              <w:top w:w="55" w:type="dxa"/>
              <w:start w:w="70" w:type="dxa"/>
              <w:bottom w:w="55" w:type="dxa"/>
              <w:end w:w="70" w:type="dxa"/>
            </w:tcMar>
          </w:tcPr>
          <w:p>
            <w:pPr>
              <w:spacing w:after="0"/>
            </w:pPr>
            <w:r>
              <w:rPr>
                <w:rFonts w:ascii="Times New Roman" w:hAnsi="Times New Roman"/>
                <w:sz w:val="18"/>
              </w:rPr>
              <w:t>[OWNER]</w:t>
            </w:r>
          </w:p>
        </w:tc>
        <w:tc>
          <w:tcPr>
            <w:tcW w:type="dxa" w:w="1170"/>
            <w:vAlign w:val="center"/>
            <w:tcMar>
              <w:top w:w="55" w:type="dxa"/>
              <w:start w:w="70" w:type="dxa"/>
              <w:bottom w:w="55" w:type="dxa"/>
              <w:end w:w="70" w:type="dxa"/>
            </w:tcMar>
          </w:tcPr>
          <w:p>
            <w:pPr>
              <w:spacing w:after="0"/>
            </w:pPr>
            <w:r>
              <w:rPr>
                <w:rFonts w:ascii="Times New Roman" w:hAnsi="Times New Roman"/>
                <w:sz w:val="18"/>
              </w:rPr>
              <w:t>[PAYMENT]</w:t>
            </w:r>
          </w:p>
        </w:tc>
        <w:tc>
          <w:tcPr>
            <w:tcW w:type="dxa" w:w="1170"/>
            <w:vAlign w:val="center"/>
            <w:tcMar>
              <w:top w:w="55" w:type="dxa"/>
              <w:start w:w="70" w:type="dxa"/>
              <w:bottom w:w="55" w:type="dxa"/>
              <w:end w:w="70" w:type="dxa"/>
            </w:tcMar>
          </w:tcPr>
          <w:p>
            <w:pPr>
              <w:spacing w:after="0"/>
            </w:pPr>
            <w:r>
              <w:rPr>
                <w:rFonts w:ascii="Times New Roman" w:hAnsi="Times New Roman"/>
                <w:sz w:val="18"/>
              </w:rPr>
              <w:t>[STATUS / FILE]</w:t>
            </w:r>
          </w:p>
        </w:tc>
      </w:tr>
      <w:tr>
        <w:trPr>
          <w:cantSplit/>
        </w:trPr>
        <w:tc>
          <w:tcPr>
            <w:tcW w:type="dxa" w:w="1170"/>
            <w:vAlign w:val="center"/>
            <w:tcMar>
              <w:top w:w="55" w:type="dxa"/>
              <w:start w:w="70" w:type="dxa"/>
              <w:bottom w:w="55" w:type="dxa"/>
              <w:end w:w="70" w:type="dxa"/>
            </w:tcMar>
          </w:tcPr>
          <w:p>
            <w:pPr>
              <w:spacing w:after="0"/>
            </w:pPr>
            <w:r>
              <w:rPr>
                <w:rFonts w:ascii="Times New Roman" w:hAnsi="Times New Roman"/>
                <w:sz w:val="18"/>
              </w:rPr>
              <w:t>CONS-01</w:t>
            </w:r>
          </w:p>
        </w:tc>
        <w:tc>
          <w:tcPr>
            <w:tcW w:type="dxa" w:w="1170"/>
            <w:vAlign w:val="center"/>
            <w:tcMar>
              <w:top w:w="55" w:type="dxa"/>
              <w:start w:w="70" w:type="dxa"/>
              <w:bottom w:w="55" w:type="dxa"/>
              <w:end w:w="70" w:type="dxa"/>
            </w:tcMar>
          </w:tcPr>
          <w:p>
            <w:pPr>
              <w:spacing w:after="0"/>
            </w:pPr>
            <w:r>
              <w:rPr>
                <w:rFonts w:ascii="Times New Roman" w:hAnsi="Times New Roman"/>
                <w:sz w:val="18"/>
              </w:rPr>
              <w:t>[CUSTOMER / VENDOR / LANDLORD]</w:t>
            </w:r>
          </w:p>
        </w:tc>
        <w:tc>
          <w:tcPr>
            <w:tcW w:type="dxa" w:w="1170"/>
            <w:vAlign w:val="center"/>
            <w:tcMar>
              <w:top w:w="55" w:type="dxa"/>
              <w:start w:w="70" w:type="dxa"/>
              <w:bottom w:w="55" w:type="dxa"/>
              <w:end w:w="70" w:type="dxa"/>
            </w:tcMar>
          </w:tcPr>
          <w:p>
            <w:pPr>
              <w:spacing w:after="0"/>
            </w:pPr>
            <w:r>
              <w:rPr>
                <w:rFonts w:ascii="Times New Roman" w:hAnsi="Times New Roman"/>
                <w:sz w:val="18"/>
              </w:rPr>
              <w:t>[CONSENT / NOTICE]</w:t>
            </w:r>
          </w:p>
        </w:tc>
        <w:tc>
          <w:tcPr>
            <w:tcW w:type="dxa" w:w="1170"/>
            <w:vAlign w:val="center"/>
            <w:tcMar>
              <w:top w:w="55" w:type="dxa"/>
              <w:start w:w="70" w:type="dxa"/>
              <w:bottom w:w="55" w:type="dxa"/>
              <w:end w:w="70" w:type="dxa"/>
            </w:tcMar>
          </w:tcPr>
          <w:p>
            <w:pPr>
              <w:spacing w:after="0"/>
            </w:pPr>
            <w:r>
              <w:rPr>
                <w:rFonts w:ascii="Times New Roman" w:hAnsi="Times New Roman"/>
                <w:sz w:val="18"/>
              </w:rPr>
              <w:t>[FEE]</w:t>
            </w:r>
          </w:p>
        </w:tc>
        <w:tc>
          <w:tcPr>
            <w:tcW w:type="dxa" w:w="1170"/>
            <w:vAlign w:val="center"/>
            <w:tcMar>
              <w:top w:w="55" w:type="dxa"/>
              <w:start w:w="70" w:type="dxa"/>
              <w:bottom w:w="55" w:type="dxa"/>
              <w:end w:w="70" w:type="dxa"/>
            </w:tcMar>
          </w:tcPr>
          <w:p>
            <w:pPr>
              <w:spacing w:after="0"/>
            </w:pPr>
            <w:r>
              <w:rPr>
                <w:rFonts w:ascii="Times New Roman" w:hAnsi="Times New Roman"/>
                <w:sz w:val="18"/>
              </w:rPr>
              <w:t>[FORM]</w:t>
            </w:r>
          </w:p>
        </w:tc>
        <w:tc>
          <w:tcPr>
            <w:tcW w:type="dxa" w:w="1170"/>
            <w:vAlign w:val="center"/>
            <w:tcMar>
              <w:top w:w="55" w:type="dxa"/>
              <w:start w:w="70" w:type="dxa"/>
              <w:bottom w:w="55" w:type="dxa"/>
              <w:end w:w="70" w:type="dxa"/>
            </w:tcMar>
          </w:tcPr>
          <w:p>
            <w:pPr>
              <w:spacing w:after="0"/>
            </w:pPr>
            <w:r>
              <w:rPr>
                <w:rFonts w:ascii="Times New Roman" w:hAnsi="Times New Roman"/>
                <w:sz w:val="18"/>
              </w:rPr>
              <w:t>[OWNER]</w:t>
            </w:r>
          </w:p>
        </w:tc>
        <w:tc>
          <w:tcPr>
            <w:tcW w:type="dxa" w:w="1170"/>
            <w:vAlign w:val="center"/>
            <w:tcMar>
              <w:top w:w="55" w:type="dxa"/>
              <w:start w:w="70" w:type="dxa"/>
              <w:bottom w:w="55" w:type="dxa"/>
              <w:end w:w="70" w:type="dxa"/>
            </w:tcMar>
          </w:tcPr>
          <w:p>
            <w:pPr>
              <w:spacing w:after="0"/>
            </w:pPr>
            <w:r>
              <w:rPr>
                <w:rFonts w:ascii="Times New Roman" w:hAnsi="Times New Roman"/>
                <w:sz w:val="18"/>
              </w:rPr>
              <w:t>[EFFECTIVENESS]</w:t>
            </w:r>
          </w:p>
        </w:tc>
        <w:tc>
          <w:tcPr>
            <w:tcW w:type="dxa" w:w="1170"/>
            <w:vAlign w:val="center"/>
            <w:tcMar>
              <w:top w:w="55" w:type="dxa"/>
              <w:start w:w="70" w:type="dxa"/>
              <w:bottom w:w="55" w:type="dxa"/>
              <w:end w:w="70" w:type="dxa"/>
            </w:tcMar>
          </w:tcPr>
          <w:p>
            <w:pPr>
              <w:spacing w:after="0"/>
            </w:pPr>
            <w:r>
              <w:rPr>
                <w:rFonts w:ascii="Times New Roman" w:hAnsi="Times New Roman"/>
                <w:sz w:val="18"/>
              </w:rPr>
              <w:t>[STATUS / FILE]</w:t>
            </w:r>
          </w:p>
        </w:tc>
      </w:tr>
    </w:tbl>
    <w:p>
      <w:pPr>
        <w:widowControl/>
        <w:spacing w:after="20"/>
      </w:pPr>
    </w:p>
    <w:p>
      <w:pPr>
        <w:pStyle w:val="Heading2"/>
        <w:widowControl/>
        <w:ind w:left="0" w:firstLine="0"/>
      </w:pPr>
      <w:r>
        <w:rPr>
          <w:rFonts w:ascii="Times New Roman" w:hAnsi="Times New Roman"/>
          <w:b/>
          <w:sz w:val="22"/>
          <w:u w:val="single"/>
        </w:rPr>
        <w:t>7. Regulatory and Specialist Workstreams</w:t>
      </w:r>
    </w:p>
    <w:tbl>
      <w:tblPr>
        <w:tblStyle w:val="TableGrid"/>
        <w:tblW w:type="auto" w:w="0"/>
        <w:jc w:val="center"/>
        <w:tblLayout w:type="fixed"/>
        <w:tblLook w:firstColumn="1" w:firstRow="1" w:lastColumn="0" w:lastRow="0" w:noHBand="0" w:noVBand="1" w:val="04A0"/>
        <w:tblBorders>
          <w:top w:val="single" w:color="D9D9D9" w:sz="4"/>
          <w:left w:val="single" w:color="D9D9D9" w:sz="4"/>
          <w:bottom w:val="single" w:color="D9D9D9" w:sz="4"/>
          <w:right w:val="single" w:color="D9D9D9" w:sz="4"/>
          <w:insideH w:val="single" w:color="D9D9D9" w:sz="4"/>
          <w:insideV w:val="single" w:color="D9D9D9" w:sz="4"/>
        </w:tblBorders>
      </w:tblPr>
      <w:tblGrid>
        <w:gridCol w:w="1170"/>
        <w:gridCol w:w="1170"/>
        <w:gridCol w:w="1170"/>
        <w:gridCol w:w="1170"/>
        <w:gridCol w:w="1170"/>
        <w:gridCol w:w="1170"/>
        <w:gridCol w:w="1170"/>
        <w:gridCol w:w="1170"/>
      </w:tblGrid>
      <w:tr>
        <w:trPr>
          <w:tblHeader w:val="true"/>
          <w:cantSplit/>
        </w:trPr>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ID</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Workstream</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Question and current-law gate</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Owner</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Filing approval or opinion</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Timing</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Condition</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Status</w:t>
            </w:r>
          </w:p>
        </w:tc>
      </w:tr>
      <w:tr>
        <w:trPr>
          <w:cantSplit/>
        </w:trPr>
        <w:tc>
          <w:tcPr>
            <w:tcW w:type="dxa" w:w="1170"/>
            <w:vAlign w:val="center"/>
            <w:tcMar>
              <w:top w:w="55" w:type="dxa"/>
              <w:start w:w="70" w:type="dxa"/>
              <w:bottom w:w="55" w:type="dxa"/>
              <w:end w:w="70" w:type="dxa"/>
            </w:tcMar>
          </w:tcPr>
          <w:p>
            <w:pPr>
              <w:spacing w:after="0"/>
            </w:pPr>
            <w:r>
              <w:rPr>
                <w:rFonts w:ascii="Times New Roman" w:hAnsi="Times New Roman"/>
                <w:sz w:val="18"/>
              </w:rPr>
              <w:t>REG-01</w:t>
            </w:r>
          </w:p>
        </w:tc>
        <w:tc>
          <w:tcPr>
            <w:tcW w:type="dxa" w:w="1170"/>
            <w:vAlign w:val="center"/>
            <w:tcMar>
              <w:top w:w="55" w:type="dxa"/>
              <w:start w:w="70" w:type="dxa"/>
              <w:bottom w:w="55" w:type="dxa"/>
              <w:end w:w="70" w:type="dxa"/>
            </w:tcMar>
          </w:tcPr>
          <w:p>
            <w:pPr>
              <w:spacing w:after="0"/>
            </w:pPr>
            <w:r>
              <w:rPr>
                <w:rFonts w:ascii="Times New Roman" w:hAnsi="Times New Roman"/>
                <w:sz w:val="18"/>
              </w:rPr>
              <w:t>Antitrust HSR</w:t>
            </w:r>
          </w:p>
        </w:tc>
        <w:tc>
          <w:tcPr>
            <w:tcW w:type="dxa" w:w="1170"/>
            <w:vAlign w:val="center"/>
            <w:tcMar>
              <w:top w:w="55" w:type="dxa"/>
              <w:start w:w="70" w:type="dxa"/>
              <w:bottom w:w="55" w:type="dxa"/>
              <w:end w:w="70" w:type="dxa"/>
            </w:tcMar>
          </w:tcPr>
          <w:p>
            <w:pPr>
              <w:spacing w:after="0"/>
            </w:pPr>
            <w:r>
              <w:rPr>
                <w:rFonts w:ascii="Times New Roman" w:hAnsi="Times New Roman"/>
                <w:sz w:val="18"/>
              </w:rPr>
              <w:t>Current threshold, exemptions, filing, waiting period, gun-jumping, competitive information</w:t>
            </w:r>
          </w:p>
        </w:tc>
        <w:tc>
          <w:tcPr>
            <w:tcW w:type="dxa" w:w="1170"/>
            <w:vAlign w:val="center"/>
            <w:tcMar>
              <w:top w:w="55" w:type="dxa"/>
              <w:start w:w="70" w:type="dxa"/>
              <w:bottom w:w="55" w:type="dxa"/>
              <w:end w:w="70" w:type="dxa"/>
            </w:tcMar>
          </w:tcPr>
          <w:p>
            <w:pPr>
              <w:spacing w:after="0"/>
            </w:pPr>
            <w:r>
              <w:rPr>
                <w:rFonts w:ascii="Times New Roman" w:hAnsi="Times New Roman"/>
                <w:sz w:val="18"/>
              </w:rPr>
              <w:t>[COUNSEL]</w:t>
            </w:r>
          </w:p>
        </w:tc>
        <w:tc>
          <w:tcPr>
            <w:tcW w:type="dxa" w:w="1170"/>
            <w:vAlign w:val="center"/>
            <w:tcMar>
              <w:top w:w="55" w:type="dxa"/>
              <w:start w:w="70" w:type="dxa"/>
              <w:bottom w:w="55" w:type="dxa"/>
              <w:end w:w="70" w:type="dxa"/>
            </w:tcMar>
          </w:tcPr>
          <w:p>
            <w:pPr>
              <w:spacing w:after="0"/>
            </w:pPr>
            <w:r>
              <w:rPr>
                <w:rFonts w:ascii="Times New Roman" w:hAnsi="Times New Roman"/>
                <w:sz w:val="18"/>
              </w:rPr>
              <w:t>[FILING / MEMO]</w:t>
            </w:r>
          </w:p>
        </w:tc>
        <w:tc>
          <w:tcPr>
            <w:tcW w:type="dxa" w:w="1170"/>
            <w:vAlign w:val="center"/>
            <w:tcMar>
              <w:top w:w="55" w:type="dxa"/>
              <w:start w:w="70" w:type="dxa"/>
              <w:bottom w:w="55" w:type="dxa"/>
              <w:end w:w="70" w:type="dxa"/>
            </w:tcMar>
          </w:tcPr>
          <w:p>
            <w:pPr>
              <w:spacing w:after="0"/>
            </w:pPr>
            <w:r>
              <w:rPr>
                <w:rFonts w:ascii="Times New Roman" w:hAnsi="Times New Roman"/>
                <w:sz w:val="18"/>
              </w:rPr>
              <w:t>[DATE]</w:t>
            </w:r>
          </w:p>
        </w:tc>
        <w:tc>
          <w:tcPr>
            <w:tcW w:type="dxa" w:w="1170"/>
            <w:vAlign w:val="center"/>
            <w:tcMar>
              <w:top w:w="55" w:type="dxa"/>
              <w:start w:w="70" w:type="dxa"/>
              <w:bottom w:w="55" w:type="dxa"/>
              <w:end w:w="70" w:type="dxa"/>
            </w:tcMar>
          </w:tcPr>
          <w:p>
            <w:pPr>
              <w:spacing w:after="0"/>
            </w:pPr>
            <w:r>
              <w:rPr>
                <w:rFonts w:ascii="Times New Roman" w:hAnsi="Times New Roman"/>
                <w:sz w:val="18"/>
              </w:rPr>
              <w:t>[§]</w:t>
            </w:r>
          </w:p>
        </w:tc>
        <w:tc>
          <w:tcPr>
            <w:tcW w:type="dxa" w:w="1170"/>
            <w:vAlign w:val="center"/>
            <w:tcMar>
              <w:top w:w="55" w:type="dxa"/>
              <w:start w:w="70" w:type="dxa"/>
              <w:bottom w:w="55" w:type="dxa"/>
              <w:end w:w="70" w:type="dxa"/>
            </w:tcMar>
          </w:tcPr>
          <w:p>
            <w:pPr>
              <w:spacing w:after="0"/>
            </w:pPr>
            <w:r>
              <w:rPr>
                <w:rFonts w:ascii="Times New Roman" w:hAnsi="Times New Roman"/>
                <w:sz w:val="18"/>
              </w:rPr>
              <w:t>[STATUS]</w:t>
            </w:r>
          </w:p>
        </w:tc>
      </w:tr>
      <w:tr>
        <w:trPr>
          <w:cantSplit/>
        </w:trPr>
        <w:tc>
          <w:tcPr>
            <w:tcW w:type="dxa" w:w="1170"/>
            <w:vAlign w:val="center"/>
            <w:tcMar>
              <w:top w:w="55" w:type="dxa"/>
              <w:start w:w="70" w:type="dxa"/>
              <w:bottom w:w="55" w:type="dxa"/>
              <w:end w:w="70" w:type="dxa"/>
            </w:tcMar>
          </w:tcPr>
          <w:p>
            <w:pPr>
              <w:spacing w:after="0"/>
            </w:pPr>
            <w:r>
              <w:rPr>
                <w:rFonts w:ascii="Times New Roman" w:hAnsi="Times New Roman"/>
                <w:sz w:val="18"/>
              </w:rPr>
              <w:t>REG-02</w:t>
            </w:r>
          </w:p>
        </w:tc>
        <w:tc>
          <w:tcPr>
            <w:tcW w:type="dxa" w:w="1170"/>
            <w:vAlign w:val="center"/>
            <w:tcMar>
              <w:top w:w="55" w:type="dxa"/>
              <w:start w:w="70" w:type="dxa"/>
              <w:bottom w:w="55" w:type="dxa"/>
              <w:end w:w="70" w:type="dxa"/>
            </w:tcMar>
          </w:tcPr>
          <w:p>
            <w:pPr>
              <w:spacing w:after="0"/>
            </w:pPr>
            <w:r>
              <w:rPr>
                <w:rFonts w:ascii="Times New Roman" w:hAnsi="Times New Roman"/>
                <w:sz w:val="18"/>
              </w:rPr>
              <w:t>CFIUS and foreign investment</w:t>
            </w:r>
          </w:p>
        </w:tc>
        <w:tc>
          <w:tcPr>
            <w:tcW w:type="dxa" w:w="1170"/>
            <w:vAlign w:val="center"/>
            <w:tcMar>
              <w:top w:w="55" w:type="dxa"/>
              <w:start w:w="70" w:type="dxa"/>
              <w:bottom w:w="55" w:type="dxa"/>
              <w:end w:w="70" w:type="dxa"/>
            </w:tcMar>
          </w:tcPr>
          <w:p>
            <w:pPr>
              <w:spacing w:after="0"/>
            </w:pPr>
            <w:r>
              <w:rPr>
                <w:rFonts w:ascii="Times New Roman" w:hAnsi="Times New Roman"/>
                <w:sz w:val="18"/>
              </w:rPr>
              <w:t>Control, covered investment, critical technology, data, real estate, mandatory filing</w:t>
            </w:r>
          </w:p>
        </w:tc>
        <w:tc>
          <w:tcPr>
            <w:tcW w:type="dxa" w:w="1170"/>
            <w:vAlign w:val="center"/>
            <w:tcMar>
              <w:top w:w="55" w:type="dxa"/>
              <w:start w:w="70" w:type="dxa"/>
              <w:bottom w:w="55" w:type="dxa"/>
              <w:end w:w="70" w:type="dxa"/>
            </w:tcMar>
          </w:tcPr>
          <w:p>
            <w:pPr>
              <w:spacing w:after="0"/>
            </w:pPr>
            <w:r>
              <w:rPr>
                <w:rFonts w:ascii="Times New Roman" w:hAnsi="Times New Roman"/>
                <w:sz w:val="18"/>
              </w:rPr>
              <w:t>[COUNSEL]</w:t>
            </w:r>
          </w:p>
        </w:tc>
        <w:tc>
          <w:tcPr>
            <w:tcW w:type="dxa" w:w="1170"/>
            <w:vAlign w:val="center"/>
            <w:tcMar>
              <w:top w:w="55" w:type="dxa"/>
              <w:start w:w="70" w:type="dxa"/>
              <w:bottom w:w="55" w:type="dxa"/>
              <w:end w:w="70" w:type="dxa"/>
            </w:tcMar>
          </w:tcPr>
          <w:p>
            <w:pPr>
              <w:spacing w:after="0"/>
            </w:pPr>
            <w:r>
              <w:rPr>
                <w:rFonts w:ascii="Times New Roman" w:hAnsi="Times New Roman"/>
                <w:sz w:val="18"/>
              </w:rPr>
              <w:t>[FILING / MEMO]</w:t>
            </w:r>
          </w:p>
        </w:tc>
        <w:tc>
          <w:tcPr>
            <w:tcW w:type="dxa" w:w="1170"/>
            <w:vAlign w:val="center"/>
            <w:tcMar>
              <w:top w:w="55" w:type="dxa"/>
              <w:start w:w="70" w:type="dxa"/>
              <w:bottom w:w="55" w:type="dxa"/>
              <w:end w:w="70" w:type="dxa"/>
            </w:tcMar>
          </w:tcPr>
          <w:p>
            <w:pPr>
              <w:spacing w:after="0"/>
            </w:pPr>
            <w:r>
              <w:rPr>
                <w:rFonts w:ascii="Times New Roman" w:hAnsi="Times New Roman"/>
                <w:sz w:val="18"/>
              </w:rPr>
              <w:t>[DATE]</w:t>
            </w:r>
          </w:p>
        </w:tc>
        <w:tc>
          <w:tcPr>
            <w:tcW w:type="dxa" w:w="1170"/>
            <w:vAlign w:val="center"/>
            <w:tcMar>
              <w:top w:w="55" w:type="dxa"/>
              <w:start w:w="70" w:type="dxa"/>
              <w:bottom w:w="55" w:type="dxa"/>
              <w:end w:w="70" w:type="dxa"/>
            </w:tcMar>
          </w:tcPr>
          <w:p>
            <w:pPr>
              <w:spacing w:after="0"/>
            </w:pPr>
            <w:r>
              <w:rPr>
                <w:rFonts w:ascii="Times New Roman" w:hAnsi="Times New Roman"/>
                <w:sz w:val="18"/>
              </w:rPr>
              <w:t>[§]</w:t>
            </w:r>
          </w:p>
        </w:tc>
        <w:tc>
          <w:tcPr>
            <w:tcW w:type="dxa" w:w="1170"/>
            <w:vAlign w:val="center"/>
            <w:tcMar>
              <w:top w:w="55" w:type="dxa"/>
              <w:start w:w="70" w:type="dxa"/>
              <w:bottom w:w="55" w:type="dxa"/>
              <w:end w:w="70" w:type="dxa"/>
            </w:tcMar>
          </w:tcPr>
          <w:p>
            <w:pPr>
              <w:spacing w:after="0"/>
            </w:pPr>
            <w:r>
              <w:rPr>
                <w:rFonts w:ascii="Times New Roman" w:hAnsi="Times New Roman"/>
                <w:sz w:val="18"/>
              </w:rPr>
              <w:t>[STATUS]</w:t>
            </w:r>
          </w:p>
        </w:tc>
      </w:tr>
      <w:tr>
        <w:trPr>
          <w:cantSplit/>
        </w:trPr>
        <w:tc>
          <w:tcPr>
            <w:tcW w:type="dxa" w:w="1170"/>
            <w:vAlign w:val="center"/>
            <w:tcMar>
              <w:top w:w="55" w:type="dxa"/>
              <w:start w:w="70" w:type="dxa"/>
              <w:bottom w:w="55" w:type="dxa"/>
              <w:end w:w="70" w:type="dxa"/>
            </w:tcMar>
          </w:tcPr>
          <w:p>
            <w:pPr>
              <w:spacing w:after="0"/>
            </w:pPr>
            <w:r>
              <w:rPr>
                <w:rFonts w:ascii="Times New Roman" w:hAnsi="Times New Roman"/>
                <w:sz w:val="18"/>
              </w:rPr>
              <w:t>REG-03</w:t>
            </w:r>
          </w:p>
        </w:tc>
        <w:tc>
          <w:tcPr>
            <w:tcW w:type="dxa" w:w="1170"/>
            <w:vAlign w:val="center"/>
            <w:tcMar>
              <w:top w:w="55" w:type="dxa"/>
              <w:start w:w="70" w:type="dxa"/>
              <w:bottom w:w="55" w:type="dxa"/>
              <w:end w:w="70" w:type="dxa"/>
            </w:tcMar>
          </w:tcPr>
          <w:p>
            <w:pPr>
              <w:spacing w:after="0"/>
            </w:pPr>
            <w:r>
              <w:rPr>
                <w:rFonts w:ascii="Times New Roman" w:hAnsi="Times New Roman"/>
                <w:sz w:val="18"/>
              </w:rPr>
              <w:t>Securities</w:t>
            </w:r>
          </w:p>
        </w:tc>
        <w:tc>
          <w:tcPr>
            <w:tcW w:type="dxa" w:w="1170"/>
            <w:vAlign w:val="center"/>
            <w:tcMar>
              <w:top w:w="55" w:type="dxa"/>
              <w:start w:w="70" w:type="dxa"/>
              <w:bottom w:w="55" w:type="dxa"/>
              <w:end w:w="70" w:type="dxa"/>
            </w:tcMar>
          </w:tcPr>
          <w:p>
            <w:pPr>
              <w:spacing w:after="0"/>
            </w:pPr>
            <w:r>
              <w:rPr>
                <w:rFonts w:ascii="Times New Roman" w:hAnsi="Times New Roman"/>
                <w:sz w:val="18"/>
              </w:rPr>
              <w:t>Consideration securities, exemptions, disclosures, holder qualification, integration</w:t>
            </w:r>
          </w:p>
        </w:tc>
        <w:tc>
          <w:tcPr>
            <w:tcW w:type="dxa" w:w="1170"/>
            <w:vAlign w:val="center"/>
            <w:tcMar>
              <w:top w:w="55" w:type="dxa"/>
              <w:start w:w="70" w:type="dxa"/>
              <w:bottom w:w="55" w:type="dxa"/>
              <w:end w:w="70" w:type="dxa"/>
            </w:tcMar>
          </w:tcPr>
          <w:p>
            <w:pPr>
              <w:spacing w:after="0"/>
            </w:pPr>
            <w:r>
              <w:rPr>
                <w:rFonts w:ascii="Times New Roman" w:hAnsi="Times New Roman"/>
                <w:sz w:val="18"/>
              </w:rPr>
              <w:t>[COUNSEL]</w:t>
            </w:r>
          </w:p>
        </w:tc>
        <w:tc>
          <w:tcPr>
            <w:tcW w:type="dxa" w:w="1170"/>
            <w:vAlign w:val="center"/>
            <w:tcMar>
              <w:top w:w="55" w:type="dxa"/>
              <w:start w:w="70" w:type="dxa"/>
              <w:bottom w:w="55" w:type="dxa"/>
              <w:end w:w="70" w:type="dxa"/>
            </w:tcMar>
          </w:tcPr>
          <w:p>
            <w:pPr>
              <w:spacing w:after="0"/>
            </w:pPr>
            <w:r>
              <w:rPr>
                <w:rFonts w:ascii="Times New Roman" w:hAnsi="Times New Roman"/>
                <w:sz w:val="18"/>
              </w:rPr>
              <w:t>[MEMO / FILING]</w:t>
            </w:r>
          </w:p>
        </w:tc>
        <w:tc>
          <w:tcPr>
            <w:tcW w:type="dxa" w:w="1170"/>
            <w:vAlign w:val="center"/>
            <w:tcMar>
              <w:top w:w="55" w:type="dxa"/>
              <w:start w:w="70" w:type="dxa"/>
              <w:bottom w:w="55" w:type="dxa"/>
              <w:end w:w="70" w:type="dxa"/>
            </w:tcMar>
          </w:tcPr>
          <w:p>
            <w:pPr>
              <w:spacing w:after="0"/>
            </w:pPr>
            <w:r>
              <w:rPr>
                <w:rFonts w:ascii="Times New Roman" w:hAnsi="Times New Roman"/>
                <w:sz w:val="18"/>
              </w:rPr>
              <w:t>[DATE]</w:t>
            </w:r>
          </w:p>
        </w:tc>
        <w:tc>
          <w:tcPr>
            <w:tcW w:type="dxa" w:w="1170"/>
            <w:vAlign w:val="center"/>
            <w:tcMar>
              <w:top w:w="55" w:type="dxa"/>
              <w:start w:w="70" w:type="dxa"/>
              <w:bottom w:w="55" w:type="dxa"/>
              <w:end w:w="70" w:type="dxa"/>
            </w:tcMar>
          </w:tcPr>
          <w:p>
            <w:pPr>
              <w:spacing w:after="0"/>
            </w:pPr>
            <w:r>
              <w:rPr>
                <w:rFonts w:ascii="Times New Roman" w:hAnsi="Times New Roman"/>
                <w:sz w:val="18"/>
              </w:rPr>
              <w:t>[§]</w:t>
            </w:r>
          </w:p>
        </w:tc>
        <w:tc>
          <w:tcPr>
            <w:tcW w:type="dxa" w:w="1170"/>
            <w:vAlign w:val="center"/>
            <w:tcMar>
              <w:top w:w="55" w:type="dxa"/>
              <w:start w:w="70" w:type="dxa"/>
              <w:bottom w:w="55" w:type="dxa"/>
              <w:end w:w="70" w:type="dxa"/>
            </w:tcMar>
          </w:tcPr>
          <w:p>
            <w:pPr>
              <w:spacing w:after="0"/>
            </w:pPr>
            <w:r>
              <w:rPr>
                <w:rFonts w:ascii="Times New Roman" w:hAnsi="Times New Roman"/>
                <w:sz w:val="18"/>
              </w:rPr>
              <w:t>[STATUS]</w:t>
            </w:r>
          </w:p>
        </w:tc>
      </w:tr>
      <w:tr>
        <w:trPr>
          <w:cantSplit/>
        </w:trPr>
        <w:tc>
          <w:tcPr>
            <w:tcW w:type="dxa" w:w="1170"/>
            <w:vAlign w:val="center"/>
            <w:tcMar>
              <w:top w:w="55" w:type="dxa"/>
              <w:start w:w="70" w:type="dxa"/>
              <w:bottom w:w="55" w:type="dxa"/>
              <w:end w:w="70" w:type="dxa"/>
            </w:tcMar>
          </w:tcPr>
          <w:p>
            <w:pPr>
              <w:spacing w:after="0"/>
            </w:pPr>
            <w:r>
              <w:rPr>
                <w:rFonts w:ascii="Times New Roman" w:hAnsi="Times New Roman"/>
                <w:sz w:val="18"/>
              </w:rPr>
              <w:t>TAX-01</w:t>
            </w:r>
          </w:p>
        </w:tc>
        <w:tc>
          <w:tcPr>
            <w:tcW w:type="dxa" w:w="1170"/>
            <w:vAlign w:val="center"/>
            <w:tcMar>
              <w:top w:w="55" w:type="dxa"/>
              <w:start w:w="70" w:type="dxa"/>
              <w:bottom w:w="55" w:type="dxa"/>
              <w:end w:w="70" w:type="dxa"/>
            </w:tcMar>
          </w:tcPr>
          <w:p>
            <w:pPr>
              <w:spacing w:after="0"/>
            </w:pPr>
            <w:r>
              <w:rPr>
                <w:rFonts w:ascii="Times New Roman" w:hAnsi="Times New Roman"/>
                <w:sz w:val="18"/>
              </w:rPr>
              <w:t>Tax structure</w:t>
            </w:r>
          </w:p>
        </w:tc>
        <w:tc>
          <w:tcPr>
            <w:tcW w:type="dxa" w:w="1170"/>
            <w:vAlign w:val="center"/>
            <w:tcMar>
              <w:top w:w="55" w:type="dxa"/>
              <w:start w:w="70" w:type="dxa"/>
              <w:bottom w:w="55" w:type="dxa"/>
              <w:end w:w="70" w:type="dxa"/>
            </w:tcMar>
          </w:tcPr>
          <w:p>
            <w:pPr>
              <w:spacing w:after="0"/>
            </w:pPr>
            <w:r>
              <w:rPr>
                <w:rFonts w:ascii="Times New Roman" w:hAnsi="Times New Roman"/>
                <w:sz w:val="18"/>
              </w:rPr>
              <w:t>1202, 280G, 409A, 338 or 336(e), 1060, withholding, payroll, transfer Taxes</w:t>
            </w:r>
          </w:p>
        </w:tc>
        <w:tc>
          <w:tcPr>
            <w:tcW w:type="dxa" w:w="1170"/>
            <w:vAlign w:val="center"/>
            <w:tcMar>
              <w:top w:w="55" w:type="dxa"/>
              <w:start w:w="70" w:type="dxa"/>
              <w:bottom w:w="55" w:type="dxa"/>
              <w:end w:w="70" w:type="dxa"/>
            </w:tcMar>
          </w:tcPr>
          <w:p>
            <w:pPr>
              <w:spacing w:after="0"/>
            </w:pPr>
            <w:r>
              <w:rPr>
                <w:rFonts w:ascii="Times New Roman" w:hAnsi="Times New Roman"/>
                <w:sz w:val="18"/>
              </w:rPr>
              <w:t>[COUNSEL]</w:t>
            </w:r>
          </w:p>
        </w:tc>
        <w:tc>
          <w:tcPr>
            <w:tcW w:type="dxa" w:w="1170"/>
            <w:vAlign w:val="center"/>
            <w:tcMar>
              <w:top w:w="55" w:type="dxa"/>
              <w:start w:w="70" w:type="dxa"/>
              <w:bottom w:w="55" w:type="dxa"/>
              <w:end w:w="70" w:type="dxa"/>
            </w:tcMar>
          </w:tcPr>
          <w:p>
            <w:pPr>
              <w:spacing w:after="0"/>
            </w:pPr>
            <w:r>
              <w:rPr>
                <w:rFonts w:ascii="Times New Roman" w:hAnsi="Times New Roman"/>
                <w:sz w:val="18"/>
              </w:rPr>
              <w:t>[MEMO / FORMS]</w:t>
            </w:r>
          </w:p>
        </w:tc>
        <w:tc>
          <w:tcPr>
            <w:tcW w:type="dxa" w:w="1170"/>
            <w:vAlign w:val="center"/>
            <w:tcMar>
              <w:top w:w="55" w:type="dxa"/>
              <w:start w:w="70" w:type="dxa"/>
              <w:bottom w:w="55" w:type="dxa"/>
              <w:end w:w="70" w:type="dxa"/>
            </w:tcMar>
          </w:tcPr>
          <w:p>
            <w:pPr>
              <w:spacing w:after="0"/>
            </w:pPr>
            <w:r>
              <w:rPr>
                <w:rFonts w:ascii="Times New Roman" w:hAnsi="Times New Roman"/>
                <w:sz w:val="18"/>
              </w:rPr>
              <w:t>[DATE]</w:t>
            </w:r>
          </w:p>
        </w:tc>
        <w:tc>
          <w:tcPr>
            <w:tcW w:type="dxa" w:w="1170"/>
            <w:vAlign w:val="center"/>
            <w:tcMar>
              <w:top w:w="55" w:type="dxa"/>
              <w:start w:w="70" w:type="dxa"/>
              <w:bottom w:w="55" w:type="dxa"/>
              <w:end w:w="70" w:type="dxa"/>
            </w:tcMar>
          </w:tcPr>
          <w:p>
            <w:pPr>
              <w:spacing w:after="0"/>
            </w:pPr>
            <w:r>
              <w:rPr>
                <w:rFonts w:ascii="Times New Roman" w:hAnsi="Times New Roman"/>
                <w:sz w:val="18"/>
              </w:rPr>
              <w:t>[§]</w:t>
            </w:r>
          </w:p>
        </w:tc>
        <w:tc>
          <w:tcPr>
            <w:tcW w:type="dxa" w:w="1170"/>
            <w:vAlign w:val="center"/>
            <w:tcMar>
              <w:top w:w="55" w:type="dxa"/>
              <w:start w:w="70" w:type="dxa"/>
              <w:bottom w:w="55" w:type="dxa"/>
              <w:end w:w="70" w:type="dxa"/>
            </w:tcMar>
          </w:tcPr>
          <w:p>
            <w:pPr>
              <w:spacing w:after="0"/>
            </w:pPr>
            <w:r>
              <w:rPr>
                <w:rFonts w:ascii="Times New Roman" w:hAnsi="Times New Roman"/>
                <w:sz w:val="18"/>
              </w:rPr>
              <w:t>[STATUS]</w:t>
            </w:r>
          </w:p>
        </w:tc>
      </w:tr>
      <w:tr>
        <w:trPr>
          <w:cantSplit/>
        </w:trPr>
        <w:tc>
          <w:tcPr>
            <w:tcW w:type="dxa" w:w="1170"/>
            <w:vAlign w:val="center"/>
            <w:tcMar>
              <w:top w:w="55" w:type="dxa"/>
              <w:start w:w="70" w:type="dxa"/>
              <w:bottom w:w="55" w:type="dxa"/>
              <w:end w:w="70" w:type="dxa"/>
            </w:tcMar>
          </w:tcPr>
          <w:p>
            <w:pPr>
              <w:spacing w:after="0"/>
            </w:pPr>
            <w:r>
              <w:rPr>
                <w:rFonts w:ascii="Times New Roman" w:hAnsi="Times New Roman"/>
                <w:sz w:val="18"/>
              </w:rPr>
              <w:t>EMP-01</w:t>
            </w:r>
          </w:p>
        </w:tc>
        <w:tc>
          <w:tcPr>
            <w:tcW w:type="dxa" w:w="1170"/>
            <w:vAlign w:val="center"/>
            <w:tcMar>
              <w:top w:w="55" w:type="dxa"/>
              <w:start w:w="70" w:type="dxa"/>
              <w:bottom w:w="55" w:type="dxa"/>
              <w:end w:w="70" w:type="dxa"/>
            </w:tcMar>
          </w:tcPr>
          <w:p>
            <w:pPr>
              <w:spacing w:after="0"/>
            </w:pPr>
            <w:r>
              <w:rPr>
                <w:rFonts w:ascii="Times New Roman" w:hAnsi="Times New Roman"/>
                <w:sz w:val="18"/>
              </w:rPr>
              <w:t>Employment and benefits</w:t>
            </w:r>
          </w:p>
        </w:tc>
        <w:tc>
          <w:tcPr>
            <w:tcW w:type="dxa" w:w="1170"/>
            <w:vAlign w:val="center"/>
            <w:tcMar>
              <w:top w:w="55" w:type="dxa"/>
              <w:start w:w="70" w:type="dxa"/>
              <w:bottom w:w="55" w:type="dxa"/>
              <w:end w:w="70" w:type="dxa"/>
            </w:tcMar>
          </w:tcPr>
          <w:p>
            <w:pPr>
              <w:spacing w:after="0"/>
            </w:pPr>
            <w:r>
              <w:rPr>
                <w:rFonts w:ascii="Times New Roman" w:hAnsi="Times New Roman"/>
                <w:sz w:val="18"/>
              </w:rPr>
              <w:t>Offers, terminations, WARN, wage, classification, benefits, 280G, plan action</w:t>
            </w:r>
          </w:p>
        </w:tc>
        <w:tc>
          <w:tcPr>
            <w:tcW w:type="dxa" w:w="1170"/>
            <w:vAlign w:val="center"/>
            <w:tcMar>
              <w:top w:w="55" w:type="dxa"/>
              <w:start w:w="70" w:type="dxa"/>
              <w:bottom w:w="55" w:type="dxa"/>
              <w:end w:w="70" w:type="dxa"/>
            </w:tcMar>
          </w:tcPr>
          <w:p>
            <w:pPr>
              <w:spacing w:after="0"/>
            </w:pPr>
            <w:r>
              <w:rPr>
                <w:rFonts w:ascii="Times New Roman" w:hAnsi="Times New Roman"/>
                <w:sz w:val="18"/>
              </w:rPr>
              <w:t>[COUNSEL]</w:t>
            </w:r>
          </w:p>
        </w:tc>
        <w:tc>
          <w:tcPr>
            <w:tcW w:type="dxa" w:w="1170"/>
            <w:vAlign w:val="center"/>
            <w:tcMar>
              <w:top w:w="55" w:type="dxa"/>
              <w:start w:w="70" w:type="dxa"/>
              <w:bottom w:w="55" w:type="dxa"/>
              <w:end w:w="70" w:type="dxa"/>
            </w:tcMar>
          </w:tcPr>
          <w:p>
            <w:pPr>
              <w:spacing w:after="0"/>
            </w:pPr>
            <w:r>
              <w:rPr>
                <w:rFonts w:ascii="Times New Roman" w:hAnsi="Times New Roman"/>
                <w:sz w:val="18"/>
              </w:rPr>
              <w:t>[APPROVAL / NOTICE]</w:t>
            </w:r>
          </w:p>
        </w:tc>
        <w:tc>
          <w:tcPr>
            <w:tcW w:type="dxa" w:w="1170"/>
            <w:vAlign w:val="center"/>
            <w:tcMar>
              <w:top w:w="55" w:type="dxa"/>
              <w:start w:w="70" w:type="dxa"/>
              <w:bottom w:w="55" w:type="dxa"/>
              <w:end w:w="70" w:type="dxa"/>
            </w:tcMar>
          </w:tcPr>
          <w:p>
            <w:pPr>
              <w:spacing w:after="0"/>
            </w:pPr>
            <w:r>
              <w:rPr>
                <w:rFonts w:ascii="Times New Roman" w:hAnsi="Times New Roman"/>
                <w:sz w:val="18"/>
              </w:rPr>
              <w:t>[DATE]</w:t>
            </w:r>
          </w:p>
        </w:tc>
        <w:tc>
          <w:tcPr>
            <w:tcW w:type="dxa" w:w="1170"/>
            <w:vAlign w:val="center"/>
            <w:tcMar>
              <w:top w:w="55" w:type="dxa"/>
              <w:start w:w="70" w:type="dxa"/>
              <w:bottom w:w="55" w:type="dxa"/>
              <w:end w:w="70" w:type="dxa"/>
            </w:tcMar>
          </w:tcPr>
          <w:p>
            <w:pPr>
              <w:spacing w:after="0"/>
            </w:pPr>
            <w:r>
              <w:rPr>
                <w:rFonts w:ascii="Times New Roman" w:hAnsi="Times New Roman"/>
                <w:sz w:val="18"/>
              </w:rPr>
              <w:t>[§]</w:t>
            </w:r>
          </w:p>
        </w:tc>
        <w:tc>
          <w:tcPr>
            <w:tcW w:type="dxa" w:w="1170"/>
            <w:vAlign w:val="center"/>
            <w:tcMar>
              <w:top w:w="55" w:type="dxa"/>
              <w:start w:w="70" w:type="dxa"/>
              <w:bottom w:w="55" w:type="dxa"/>
              <w:end w:w="70" w:type="dxa"/>
            </w:tcMar>
          </w:tcPr>
          <w:p>
            <w:pPr>
              <w:spacing w:after="0"/>
            </w:pPr>
            <w:r>
              <w:rPr>
                <w:rFonts w:ascii="Times New Roman" w:hAnsi="Times New Roman"/>
                <w:sz w:val="18"/>
              </w:rPr>
              <w:t>[STATUS]</w:t>
            </w:r>
          </w:p>
        </w:tc>
      </w:tr>
      <w:tr>
        <w:trPr>
          <w:cantSplit/>
        </w:trPr>
        <w:tc>
          <w:tcPr>
            <w:tcW w:type="dxa" w:w="1170"/>
            <w:vAlign w:val="center"/>
            <w:tcMar>
              <w:top w:w="55" w:type="dxa"/>
              <w:start w:w="70" w:type="dxa"/>
              <w:bottom w:w="55" w:type="dxa"/>
              <w:end w:w="70" w:type="dxa"/>
            </w:tcMar>
          </w:tcPr>
          <w:p>
            <w:pPr>
              <w:spacing w:after="0"/>
            </w:pPr>
            <w:r>
              <w:rPr>
                <w:rFonts w:ascii="Times New Roman" w:hAnsi="Times New Roman"/>
                <w:sz w:val="18"/>
              </w:rPr>
              <w:t>IP-01</w:t>
            </w:r>
          </w:p>
        </w:tc>
        <w:tc>
          <w:tcPr>
            <w:tcW w:type="dxa" w:w="1170"/>
            <w:vAlign w:val="center"/>
            <w:tcMar>
              <w:top w:w="55" w:type="dxa"/>
              <w:start w:w="70" w:type="dxa"/>
              <w:bottom w:w="55" w:type="dxa"/>
              <w:end w:w="70" w:type="dxa"/>
            </w:tcMar>
          </w:tcPr>
          <w:p>
            <w:pPr>
              <w:spacing w:after="0"/>
            </w:pPr>
            <w:r>
              <w:rPr>
                <w:rFonts w:ascii="Times New Roman" w:hAnsi="Times New Roman"/>
                <w:sz w:val="18"/>
              </w:rPr>
              <w:t>IP AI privacy cyber</w:t>
            </w:r>
          </w:p>
        </w:tc>
        <w:tc>
          <w:tcPr>
            <w:tcW w:type="dxa" w:w="1170"/>
            <w:vAlign w:val="center"/>
            <w:tcMar>
              <w:top w:w="55" w:type="dxa"/>
              <w:start w:w="70" w:type="dxa"/>
              <w:bottom w:w="55" w:type="dxa"/>
              <w:end w:w="70" w:type="dxa"/>
            </w:tcMar>
          </w:tcPr>
          <w:p>
            <w:pPr>
              <w:spacing w:after="0"/>
            </w:pPr>
            <w:r>
              <w:rPr>
                <w:rFonts w:ascii="Times New Roman" w:hAnsi="Times New Roman"/>
                <w:sz w:val="18"/>
              </w:rPr>
              <w:t>Assignments, open source, AI data, consents, incident status, access, transfer legality</w:t>
            </w:r>
          </w:p>
        </w:tc>
        <w:tc>
          <w:tcPr>
            <w:tcW w:type="dxa" w:w="1170"/>
            <w:vAlign w:val="center"/>
            <w:tcMar>
              <w:top w:w="55" w:type="dxa"/>
              <w:start w:w="70" w:type="dxa"/>
              <w:bottom w:w="55" w:type="dxa"/>
              <w:end w:w="70" w:type="dxa"/>
            </w:tcMar>
          </w:tcPr>
          <w:p>
            <w:pPr>
              <w:spacing w:after="0"/>
            </w:pPr>
            <w:r>
              <w:rPr>
                <w:rFonts w:ascii="Times New Roman" w:hAnsi="Times New Roman"/>
                <w:sz w:val="18"/>
              </w:rPr>
              <w:t>[COUNSEL]</w:t>
            </w:r>
          </w:p>
        </w:tc>
        <w:tc>
          <w:tcPr>
            <w:tcW w:type="dxa" w:w="1170"/>
            <w:vAlign w:val="center"/>
            <w:tcMar>
              <w:top w:w="55" w:type="dxa"/>
              <w:start w:w="70" w:type="dxa"/>
              <w:bottom w:w="55" w:type="dxa"/>
              <w:end w:w="70" w:type="dxa"/>
            </w:tcMar>
          </w:tcPr>
          <w:p>
            <w:pPr>
              <w:spacing w:after="0"/>
            </w:pPr>
            <w:r>
              <w:rPr>
                <w:rFonts w:ascii="Times New Roman" w:hAnsi="Times New Roman"/>
                <w:sz w:val="18"/>
              </w:rPr>
              <w:t>[MEMO / REMEDIATION]</w:t>
            </w:r>
          </w:p>
        </w:tc>
        <w:tc>
          <w:tcPr>
            <w:tcW w:type="dxa" w:w="1170"/>
            <w:vAlign w:val="center"/>
            <w:tcMar>
              <w:top w:w="55" w:type="dxa"/>
              <w:start w:w="70" w:type="dxa"/>
              <w:bottom w:w="55" w:type="dxa"/>
              <w:end w:w="70" w:type="dxa"/>
            </w:tcMar>
          </w:tcPr>
          <w:p>
            <w:pPr>
              <w:spacing w:after="0"/>
            </w:pPr>
            <w:r>
              <w:rPr>
                <w:rFonts w:ascii="Times New Roman" w:hAnsi="Times New Roman"/>
                <w:sz w:val="18"/>
              </w:rPr>
              <w:t>[DATE]</w:t>
            </w:r>
          </w:p>
        </w:tc>
        <w:tc>
          <w:tcPr>
            <w:tcW w:type="dxa" w:w="1170"/>
            <w:vAlign w:val="center"/>
            <w:tcMar>
              <w:top w:w="55" w:type="dxa"/>
              <w:start w:w="70" w:type="dxa"/>
              <w:bottom w:w="55" w:type="dxa"/>
              <w:end w:w="70" w:type="dxa"/>
            </w:tcMar>
          </w:tcPr>
          <w:p>
            <w:pPr>
              <w:spacing w:after="0"/>
            </w:pPr>
            <w:r>
              <w:rPr>
                <w:rFonts w:ascii="Times New Roman" w:hAnsi="Times New Roman"/>
                <w:sz w:val="18"/>
              </w:rPr>
              <w:t>[§]</w:t>
            </w:r>
          </w:p>
        </w:tc>
        <w:tc>
          <w:tcPr>
            <w:tcW w:type="dxa" w:w="1170"/>
            <w:vAlign w:val="center"/>
            <w:tcMar>
              <w:top w:w="55" w:type="dxa"/>
              <w:start w:w="70" w:type="dxa"/>
              <w:bottom w:w="55" w:type="dxa"/>
              <w:end w:w="70" w:type="dxa"/>
            </w:tcMar>
          </w:tcPr>
          <w:p>
            <w:pPr>
              <w:spacing w:after="0"/>
            </w:pPr>
            <w:r>
              <w:rPr>
                <w:rFonts w:ascii="Times New Roman" w:hAnsi="Times New Roman"/>
                <w:sz w:val="18"/>
              </w:rPr>
              <w:t>[STATUS]</w:t>
            </w:r>
          </w:p>
        </w:tc>
      </w:tr>
    </w:tbl>
    <w:p>
      <w:pPr>
        <w:widowControl/>
        <w:spacing w:after="20"/>
      </w:pPr>
    </w:p>
    <w:p>
      <w:pPr>
        <w:widowControl/>
        <w:ind w:firstLine="720"/>
        <w:jc w:val="both"/>
      </w:pPr>
      <w:r>
        <w:t>Do not hard-code annual thresholds or assume an exemption. Attach the dated specialist analysis and state any unresolved fact. A filing receipt is not the same as clearance. Track waiting-period start, extension, second request, remedy commitment, and lapse or refile separately.</w:t>
      </w:r>
    </w:p>
    <w:p>
      <w:pPr>
        <w:pStyle w:val="Heading2"/>
        <w:widowControl/>
        <w:ind w:left="0" w:firstLine="0"/>
      </w:pPr>
      <w:r>
        <w:rPr>
          <w:rFonts w:ascii="Times New Roman" w:hAnsi="Times New Roman"/>
          <w:b/>
          <w:sz w:val="22"/>
          <w:u w:val="single"/>
        </w:rPr>
        <w:t>8. Closing Certificates and Bring Down</w:t>
      </w:r>
    </w:p>
    <w:p>
      <w:pPr>
        <w:widowControl/>
        <w:ind w:firstLine="720"/>
        <w:jc w:val="both"/>
      </w:pPr>
      <w:r>
        <w:t>Prepare officer certificates, secretary and incumbency certificates, good-standing certificates, lien and judgment searches, no-MAE confirmation, covenant compliance, representation bring-down, solvency or Tax certificates, FIRPTA documentation, and any jurisdiction-specific certificates. Each certificate must use the exact standard, qualifiers, date, knowledge persons, and defined terms from the signed agreement. Certificates should not create new representations or waive disclosed issues.</w:t>
      </w:r>
    </w:p>
    <w:tbl>
      <w:tblPr>
        <w:tblStyle w:val="TableGrid"/>
        <w:tblW w:type="auto" w:w="0"/>
        <w:jc w:val="center"/>
        <w:tblLayout w:type="fixed"/>
        <w:tblLook w:firstColumn="1" w:firstRow="1" w:lastColumn="0" w:lastRow="0" w:noHBand="0" w:noVBand="1" w:val="04A0"/>
        <w:tblBorders>
          <w:top w:val="single" w:color="D9D9D9" w:sz="4"/>
          <w:left w:val="single" w:color="D9D9D9" w:sz="4"/>
          <w:bottom w:val="single" w:color="D9D9D9" w:sz="4"/>
          <w:right w:val="single" w:color="D9D9D9" w:sz="4"/>
          <w:insideH w:val="single" w:color="D9D9D9" w:sz="4"/>
          <w:insideV w:val="single" w:color="D9D9D9" w:sz="4"/>
        </w:tblBorders>
      </w:tblPr>
      <w:tblGrid>
        <w:gridCol w:w="1170"/>
        <w:gridCol w:w="1170"/>
        <w:gridCol w:w="1170"/>
        <w:gridCol w:w="1170"/>
        <w:gridCol w:w="1170"/>
        <w:gridCol w:w="1170"/>
        <w:gridCol w:w="1170"/>
        <w:gridCol w:w="1170"/>
      </w:tblGrid>
      <w:tr>
        <w:trPr>
          <w:tblHeader w:val="true"/>
          <w:cantSplit/>
        </w:trPr>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ID</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Certificate</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Signer and capacity</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Measurement time</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Supporting evidence</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Agreement standard</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Reviewer</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Status</w:t>
            </w:r>
          </w:p>
        </w:tc>
      </w:tr>
      <w:tr>
        <w:trPr>
          <w:cantSplit/>
        </w:trPr>
        <w:tc>
          <w:tcPr>
            <w:tcW w:type="dxa" w:w="1170"/>
            <w:vAlign w:val="center"/>
            <w:tcMar>
              <w:top w:w="55" w:type="dxa"/>
              <w:start w:w="70" w:type="dxa"/>
              <w:bottom w:w="55" w:type="dxa"/>
              <w:end w:w="70" w:type="dxa"/>
            </w:tcMar>
          </w:tcPr>
          <w:p>
            <w:pPr>
              <w:spacing w:after="0"/>
            </w:pPr>
            <w:r>
              <w:rPr>
                <w:rFonts w:ascii="Times New Roman" w:hAnsi="Times New Roman"/>
                <w:sz w:val="18"/>
              </w:rPr>
              <w:t>CERT-01</w:t>
            </w:r>
          </w:p>
        </w:tc>
        <w:tc>
          <w:tcPr>
            <w:tcW w:type="dxa" w:w="1170"/>
            <w:vAlign w:val="center"/>
            <w:tcMar>
              <w:top w:w="55" w:type="dxa"/>
              <w:start w:w="70" w:type="dxa"/>
              <w:bottom w:w="55" w:type="dxa"/>
              <w:end w:w="70" w:type="dxa"/>
            </w:tcMar>
          </w:tcPr>
          <w:p>
            <w:pPr>
              <w:spacing w:after="0"/>
            </w:pPr>
            <w:r>
              <w:rPr>
                <w:rFonts w:ascii="Times New Roman" w:hAnsi="Times New Roman"/>
                <w:sz w:val="18"/>
              </w:rPr>
              <w:t>[CERTIFICATE]</w:t>
            </w:r>
          </w:p>
        </w:tc>
        <w:tc>
          <w:tcPr>
            <w:tcW w:type="dxa" w:w="1170"/>
            <w:vAlign w:val="center"/>
            <w:tcMar>
              <w:top w:w="55" w:type="dxa"/>
              <w:start w:w="70" w:type="dxa"/>
              <w:bottom w:w="55" w:type="dxa"/>
              <w:end w:w="70" w:type="dxa"/>
            </w:tcMar>
          </w:tcPr>
          <w:p>
            <w:pPr>
              <w:spacing w:after="0"/>
            </w:pPr>
            <w:r>
              <w:rPr>
                <w:rFonts w:ascii="Times New Roman" w:hAnsi="Times New Roman"/>
                <w:sz w:val="18"/>
              </w:rPr>
              <w:t>[NAME / TITLE]</w:t>
            </w:r>
          </w:p>
        </w:tc>
        <w:tc>
          <w:tcPr>
            <w:tcW w:type="dxa" w:w="1170"/>
            <w:vAlign w:val="center"/>
            <w:tcMar>
              <w:top w:w="55" w:type="dxa"/>
              <w:start w:w="70" w:type="dxa"/>
              <w:bottom w:w="55" w:type="dxa"/>
              <w:end w:w="70" w:type="dxa"/>
            </w:tcMar>
          </w:tcPr>
          <w:p>
            <w:pPr>
              <w:spacing w:after="0"/>
            </w:pPr>
            <w:r>
              <w:rPr>
                <w:rFonts w:ascii="Times New Roman" w:hAnsi="Times New Roman"/>
                <w:sz w:val="18"/>
              </w:rPr>
              <w:t>[TIME]</w:t>
            </w:r>
          </w:p>
        </w:tc>
        <w:tc>
          <w:tcPr>
            <w:tcW w:type="dxa" w:w="1170"/>
            <w:vAlign w:val="center"/>
            <w:tcMar>
              <w:top w:w="55" w:type="dxa"/>
              <w:start w:w="70" w:type="dxa"/>
              <w:bottom w:w="55" w:type="dxa"/>
              <w:end w:w="70" w:type="dxa"/>
            </w:tcMar>
          </w:tcPr>
          <w:p>
            <w:pPr>
              <w:spacing w:after="0"/>
            </w:pPr>
            <w:r>
              <w:rPr>
                <w:rFonts w:ascii="Times New Roman" w:hAnsi="Times New Roman"/>
                <w:sz w:val="18"/>
              </w:rPr>
              <w:t>[EVIDENCE]</w:t>
            </w:r>
          </w:p>
        </w:tc>
        <w:tc>
          <w:tcPr>
            <w:tcW w:type="dxa" w:w="1170"/>
            <w:vAlign w:val="center"/>
            <w:tcMar>
              <w:top w:w="55" w:type="dxa"/>
              <w:start w:w="70" w:type="dxa"/>
              <w:bottom w:w="55" w:type="dxa"/>
              <w:end w:w="70" w:type="dxa"/>
            </w:tcMar>
          </w:tcPr>
          <w:p>
            <w:pPr>
              <w:spacing w:after="0"/>
            </w:pPr>
            <w:r>
              <w:rPr>
                <w:rFonts w:ascii="Times New Roman" w:hAnsi="Times New Roman"/>
                <w:sz w:val="18"/>
              </w:rPr>
              <w:t>[§ / STANDARD]</w:t>
            </w:r>
          </w:p>
        </w:tc>
        <w:tc>
          <w:tcPr>
            <w:tcW w:type="dxa" w:w="1170"/>
            <w:vAlign w:val="center"/>
            <w:tcMar>
              <w:top w:w="55" w:type="dxa"/>
              <w:start w:w="70" w:type="dxa"/>
              <w:bottom w:w="55" w:type="dxa"/>
              <w:end w:w="70" w:type="dxa"/>
            </w:tcMar>
          </w:tcPr>
          <w:p>
            <w:pPr>
              <w:spacing w:after="0"/>
            </w:pPr>
            <w:r>
              <w:rPr>
                <w:rFonts w:ascii="Times New Roman" w:hAnsi="Times New Roman"/>
                <w:sz w:val="18"/>
              </w:rPr>
              <w:t>[LAWYER]</w:t>
            </w:r>
          </w:p>
        </w:tc>
        <w:tc>
          <w:tcPr>
            <w:tcW w:type="dxa" w:w="1170"/>
            <w:vAlign w:val="center"/>
            <w:tcMar>
              <w:top w:w="55" w:type="dxa"/>
              <w:start w:w="70" w:type="dxa"/>
              <w:bottom w:w="55" w:type="dxa"/>
              <w:end w:w="70" w:type="dxa"/>
            </w:tcMar>
          </w:tcPr>
          <w:p>
            <w:pPr>
              <w:spacing w:after="0"/>
            </w:pPr>
            <w:r>
              <w:rPr>
                <w:rFonts w:ascii="Times New Roman" w:hAnsi="Times New Roman"/>
                <w:sz w:val="18"/>
              </w:rPr>
              <w:t>[STATUS]</w:t>
            </w:r>
          </w:p>
        </w:tc>
      </w:tr>
    </w:tbl>
    <w:p>
      <w:pPr>
        <w:widowControl/>
        <w:spacing w:after="20"/>
      </w:pPr>
    </w:p>
    <w:p>
      <w:pPr>
        <w:pStyle w:val="Heading2"/>
        <w:widowControl/>
        <w:ind w:left="0" w:firstLine="0"/>
      </w:pPr>
      <w:r>
        <w:rPr>
          <w:rFonts w:ascii="Times New Roman" w:hAnsi="Times New Roman"/>
          <w:b/>
          <w:sz w:val="22"/>
          <w:u w:val="single"/>
        </w:rPr>
        <w:t>9. Funds Flow and Wire Security</w:t>
      </w:r>
    </w:p>
    <w:p>
      <w:pPr>
        <w:pStyle w:val="Heading3"/>
        <w:widowControl/>
        <w:ind w:left="0" w:firstLine="0"/>
      </w:pPr>
      <w:r>
        <w:rPr>
          <w:rFonts w:ascii="Times New Roman" w:hAnsi="Times New Roman"/>
          <w:b/>
          <w:sz w:val="22"/>
          <w:u w:val="single"/>
        </w:rPr>
        <w:t>9.1 Funds-flow reconciliation</w:t>
      </w:r>
    </w:p>
    <w:p>
      <w:pPr>
        <w:widowControl/>
        <w:ind w:firstLine="720"/>
        <w:jc w:val="both"/>
      </w:pPr>
      <w:r>
        <w:t>The funds-flow statement must reconcile Buyer sources to uses and the purchase-price definition, capitalization waterfall, payment-agent file, payoff letters, transaction expenses, payroll, Taxes, escrows, holdbacks, representative fund, rollover, seller note, and cash remaining in the Company. The total of sources must equal uses and each line must be counted once.</w:t>
      </w:r>
    </w:p>
    <w:tbl>
      <w:tblPr>
        <w:tblStyle w:val="TableGrid"/>
        <w:tblW w:type="auto" w:w="0"/>
        <w:jc w:val="center"/>
        <w:tblLayout w:type="fixed"/>
        <w:tblLook w:firstColumn="1" w:firstRow="1" w:lastColumn="0" w:lastRow="0" w:noHBand="0" w:noVBand="1" w:val="04A0"/>
        <w:tblBorders>
          <w:top w:val="single" w:color="D9D9D9" w:sz="4"/>
          <w:left w:val="single" w:color="D9D9D9" w:sz="4"/>
          <w:bottom w:val="single" w:color="D9D9D9" w:sz="4"/>
          <w:right w:val="single" w:color="D9D9D9" w:sz="4"/>
          <w:insideH w:val="single" w:color="D9D9D9" w:sz="4"/>
          <w:insideV w:val="single" w:color="D9D9D9" w:sz="4"/>
        </w:tblBorders>
      </w:tblPr>
      <w:tblGrid>
        <w:gridCol w:w="1040"/>
        <w:gridCol w:w="1040"/>
        <w:gridCol w:w="1040"/>
        <w:gridCol w:w="1040"/>
        <w:gridCol w:w="1040"/>
        <w:gridCol w:w="1040"/>
        <w:gridCol w:w="1040"/>
        <w:gridCol w:w="1040"/>
        <w:gridCol w:w="1040"/>
      </w:tblGrid>
      <w:tr>
        <w:trPr>
          <w:tblHeader w:val="true"/>
          <w:cantSplit/>
        </w:trPr>
        <w:tc>
          <w:tcPr>
            <w:tcW w:type="dxa" w:w="1040"/>
            <w:vAlign w:val="center"/>
            <w:tcMar>
              <w:top w:w="55" w:type="dxa"/>
              <w:start w:w="70" w:type="dxa"/>
              <w:bottom w:w="55" w:type="dxa"/>
              <w:end w:w="70" w:type="dxa"/>
            </w:tcMar>
            <w:shd w:fill="DCE6F1"/>
          </w:tcPr>
          <w:p>
            <w:pPr>
              <w:spacing w:after="0"/>
            </w:pPr>
            <w:r>
              <w:rPr>
                <w:rFonts w:ascii="Times New Roman" w:hAnsi="Times New Roman"/>
                <w:b/>
                <w:sz w:val="18"/>
              </w:rPr>
              <w:t>ID</w:t>
            </w:r>
          </w:p>
        </w:tc>
        <w:tc>
          <w:tcPr>
            <w:tcW w:type="dxa" w:w="1040"/>
            <w:vAlign w:val="center"/>
            <w:tcMar>
              <w:top w:w="55" w:type="dxa"/>
              <w:start w:w="70" w:type="dxa"/>
              <w:bottom w:w="55" w:type="dxa"/>
              <w:end w:w="70" w:type="dxa"/>
            </w:tcMar>
            <w:shd w:fill="DCE6F1"/>
          </w:tcPr>
          <w:p>
            <w:pPr>
              <w:spacing w:after="0"/>
            </w:pPr>
            <w:r>
              <w:rPr>
                <w:rFonts w:ascii="Times New Roman" w:hAnsi="Times New Roman"/>
                <w:b/>
                <w:sz w:val="18"/>
              </w:rPr>
              <w:t>Payee or recipient</w:t>
            </w:r>
          </w:p>
        </w:tc>
        <w:tc>
          <w:tcPr>
            <w:tcW w:type="dxa" w:w="1040"/>
            <w:vAlign w:val="center"/>
            <w:tcMar>
              <w:top w:w="55" w:type="dxa"/>
              <w:start w:w="70" w:type="dxa"/>
              <w:bottom w:w="55" w:type="dxa"/>
              <w:end w:w="70" w:type="dxa"/>
            </w:tcMar>
            <w:shd w:fill="DCE6F1"/>
          </w:tcPr>
          <w:p>
            <w:pPr>
              <w:spacing w:after="0"/>
            </w:pPr>
            <w:r>
              <w:rPr>
                <w:rFonts w:ascii="Times New Roman" w:hAnsi="Times New Roman"/>
                <w:b/>
                <w:sz w:val="18"/>
              </w:rPr>
              <w:t>Purpose</w:t>
            </w:r>
          </w:p>
        </w:tc>
        <w:tc>
          <w:tcPr>
            <w:tcW w:type="dxa" w:w="1040"/>
            <w:vAlign w:val="center"/>
            <w:tcMar>
              <w:top w:w="55" w:type="dxa"/>
              <w:start w:w="70" w:type="dxa"/>
              <w:bottom w:w="55" w:type="dxa"/>
              <w:end w:w="70" w:type="dxa"/>
            </w:tcMar>
            <w:shd w:fill="DCE6F1"/>
          </w:tcPr>
          <w:p>
            <w:pPr>
              <w:spacing w:after="0"/>
            </w:pPr>
            <w:r>
              <w:rPr>
                <w:rFonts w:ascii="Times New Roman" w:hAnsi="Times New Roman"/>
                <w:b/>
                <w:sz w:val="18"/>
              </w:rPr>
              <w:t>Amount</w:t>
            </w:r>
          </w:p>
        </w:tc>
        <w:tc>
          <w:tcPr>
            <w:tcW w:type="dxa" w:w="1040"/>
            <w:vAlign w:val="center"/>
            <w:tcMar>
              <w:top w:w="55" w:type="dxa"/>
              <w:start w:w="70" w:type="dxa"/>
              <w:bottom w:w="55" w:type="dxa"/>
              <w:end w:w="70" w:type="dxa"/>
            </w:tcMar>
            <w:shd w:fill="DCE6F1"/>
          </w:tcPr>
          <w:p>
            <w:pPr>
              <w:spacing w:after="0"/>
            </w:pPr>
            <w:r>
              <w:rPr>
                <w:rFonts w:ascii="Times New Roman" w:hAnsi="Times New Roman"/>
                <w:b/>
                <w:sz w:val="18"/>
              </w:rPr>
              <w:t>Funding party</w:t>
            </w:r>
          </w:p>
        </w:tc>
        <w:tc>
          <w:tcPr>
            <w:tcW w:type="dxa" w:w="1040"/>
            <w:vAlign w:val="center"/>
            <w:tcMar>
              <w:top w:w="55" w:type="dxa"/>
              <w:start w:w="70" w:type="dxa"/>
              <w:bottom w:w="55" w:type="dxa"/>
              <w:end w:w="70" w:type="dxa"/>
            </w:tcMar>
            <w:shd w:fill="DCE6F1"/>
          </w:tcPr>
          <w:p>
            <w:pPr>
              <w:spacing w:after="0"/>
            </w:pPr>
            <w:r>
              <w:rPr>
                <w:rFonts w:ascii="Times New Roman" w:hAnsi="Times New Roman"/>
                <w:b/>
                <w:sz w:val="18"/>
              </w:rPr>
              <w:t>Wire source</w:t>
            </w:r>
          </w:p>
        </w:tc>
        <w:tc>
          <w:tcPr>
            <w:tcW w:type="dxa" w:w="1040"/>
            <w:vAlign w:val="center"/>
            <w:tcMar>
              <w:top w:w="55" w:type="dxa"/>
              <w:start w:w="70" w:type="dxa"/>
              <w:bottom w:w="55" w:type="dxa"/>
              <w:end w:w="70" w:type="dxa"/>
            </w:tcMar>
            <w:shd w:fill="DCE6F1"/>
          </w:tcPr>
          <w:p>
            <w:pPr>
              <w:spacing w:after="0"/>
            </w:pPr>
            <w:r>
              <w:rPr>
                <w:rFonts w:ascii="Times New Roman" w:hAnsi="Times New Roman"/>
                <w:b/>
                <w:sz w:val="18"/>
              </w:rPr>
              <w:t>Verification owner and method</w:t>
            </w:r>
          </w:p>
        </w:tc>
        <w:tc>
          <w:tcPr>
            <w:tcW w:type="dxa" w:w="1040"/>
            <w:vAlign w:val="center"/>
            <w:tcMar>
              <w:top w:w="55" w:type="dxa"/>
              <w:start w:w="70" w:type="dxa"/>
              <w:bottom w:w="55" w:type="dxa"/>
              <w:end w:w="70" w:type="dxa"/>
            </w:tcMar>
            <w:shd w:fill="DCE6F1"/>
          </w:tcPr>
          <w:p>
            <w:pPr>
              <w:spacing w:after="0"/>
            </w:pPr>
            <w:r>
              <w:rPr>
                <w:rFonts w:ascii="Times New Roman" w:hAnsi="Times New Roman"/>
                <w:b/>
                <w:sz w:val="18"/>
              </w:rPr>
              <w:t>Release condition</w:t>
            </w:r>
          </w:p>
        </w:tc>
        <w:tc>
          <w:tcPr>
            <w:tcW w:type="dxa" w:w="1040"/>
            <w:vAlign w:val="center"/>
            <w:tcMar>
              <w:top w:w="55" w:type="dxa"/>
              <w:start w:w="70" w:type="dxa"/>
              <w:bottom w:w="55" w:type="dxa"/>
              <w:end w:w="70" w:type="dxa"/>
            </w:tcMar>
            <w:shd w:fill="DCE6F1"/>
          </w:tcPr>
          <w:p>
            <w:pPr>
              <w:spacing w:after="0"/>
            </w:pPr>
            <w:r>
              <w:rPr>
                <w:rFonts w:ascii="Times New Roman" w:hAnsi="Times New Roman"/>
                <w:b/>
                <w:sz w:val="18"/>
              </w:rPr>
              <w:t>Confirmation</w:t>
            </w:r>
          </w:p>
        </w:tc>
      </w:tr>
      <w:tr>
        <w:trPr>
          <w:cantSplit/>
        </w:trPr>
        <w:tc>
          <w:tcPr>
            <w:tcW w:type="dxa" w:w="1040"/>
            <w:vAlign w:val="center"/>
            <w:tcMar>
              <w:top w:w="55" w:type="dxa"/>
              <w:start w:w="70" w:type="dxa"/>
              <w:bottom w:w="55" w:type="dxa"/>
              <w:end w:w="70" w:type="dxa"/>
            </w:tcMar>
          </w:tcPr>
          <w:p>
            <w:pPr>
              <w:spacing w:after="0"/>
            </w:pPr>
            <w:r>
              <w:rPr>
                <w:rFonts w:ascii="Times New Roman" w:hAnsi="Times New Roman"/>
                <w:sz w:val="18"/>
              </w:rPr>
              <w:t>FF-01</w:t>
            </w:r>
          </w:p>
        </w:tc>
        <w:tc>
          <w:tcPr>
            <w:tcW w:type="dxa" w:w="1040"/>
            <w:vAlign w:val="center"/>
            <w:tcMar>
              <w:top w:w="55" w:type="dxa"/>
              <w:start w:w="70" w:type="dxa"/>
              <w:bottom w:w="55" w:type="dxa"/>
              <w:end w:w="70" w:type="dxa"/>
            </w:tcMar>
          </w:tcPr>
          <w:p>
            <w:pPr>
              <w:spacing w:after="0"/>
            </w:pPr>
            <w:r>
              <w:rPr>
                <w:rFonts w:ascii="Times New Roman" w:hAnsi="Times New Roman"/>
                <w:sz w:val="18"/>
              </w:rPr>
              <w:t>[PAYEE]</w:t>
            </w:r>
          </w:p>
        </w:tc>
        <w:tc>
          <w:tcPr>
            <w:tcW w:type="dxa" w:w="1040"/>
            <w:vAlign w:val="center"/>
            <w:tcMar>
              <w:top w:w="55" w:type="dxa"/>
              <w:start w:w="70" w:type="dxa"/>
              <w:bottom w:w="55" w:type="dxa"/>
              <w:end w:w="70" w:type="dxa"/>
            </w:tcMar>
          </w:tcPr>
          <w:p>
            <w:pPr>
              <w:spacing w:after="0"/>
            </w:pPr>
            <w:r>
              <w:rPr>
                <w:rFonts w:ascii="Times New Roman" w:hAnsi="Times New Roman"/>
                <w:sz w:val="18"/>
              </w:rPr>
              <w:t>[CONSIDERATION / PAYOFF / FEE]</w:t>
            </w:r>
          </w:p>
        </w:tc>
        <w:tc>
          <w:tcPr>
            <w:tcW w:type="dxa" w:w="1040"/>
            <w:vAlign w:val="center"/>
            <w:tcMar>
              <w:top w:w="55" w:type="dxa"/>
              <w:start w:w="70" w:type="dxa"/>
              <w:bottom w:w="55" w:type="dxa"/>
              <w:end w:w="70" w:type="dxa"/>
            </w:tcMar>
          </w:tcPr>
          <w:p>
            <w:pPr>
              <w:spacing w:after="0"/>
            </w:pPr>
            <w:r>
              <w:rPr>
                <w:rFonts w:ascii="Times New Roman" w:hAnsi="Times New Roman"/>
                <w:sz w:val="18"/>
              </w:rPr>
              <w:t>[$]</w:t>
            </w:r>
          </w:p>
        </w:tc>
        <w:tc>
          <w:tcPr>
            <w:tcW w:type="dxa" w:w="1040"/>
            <w:vAlign w:val="center"/>
            <w:tcMar>
              <w:top w:w="55" w:type="dxa"/>
              <w:start w:w="70" w:type="dxa"/>
              <w:bottom w:w="55" w:type="dxa"/>
              <w:end w:w="70" w:type="dxa"/>
            </w:tcMar>
          </w:tcPr>
          <w:p>
            <w:pPr>
              <w:spacing w:after="0"/>
            </w:pPr>
            <w:r>
              <w:rPr>
                <w:rFonts w:ascii="Times New Roman" w:hAnsi="Times New Roman"/>
                <w:sz w:val="18"/>
              </w:rPr>
              <w:t>[PARTY]</w:t>
            </w:r>
          </w:p>
        </w:tc>
        <w:tc>
          <w:tcPr>
            <w:tcW w:type="dxa" w:w="1040"/>
            <w:vAlign w:val="center"/>
            <w:tcMar>
              <w:top w:w="55" w:type="dxa"/>
              <w:start w:w="70" w:type="dxa"/>
              <w:bottom w:w="55" w:type="dxa"/>
              <w:end w:w="70" w:type="dxa"/>
            </w:tcMar>
          </w:tcPr>
          <w:p>
            <w:pPr>
              <w:spacing w:after="0"/>
            </w:pPr>
            <w:r>
              <w:rPr>
                <w:rFonts w:ascii="Times New Roman" w:hAnsi="Times New Roman"/>
                <w:sz w:val="18"/>
              </w:rPr>
              <w:t>[ACCOUNT LABEL]</w:t>
            </w:r>
          </w:p>
        </w:tc>
        <w:tc>
          <w:tcPr>
            <w:tcW w:type="dxa" w:w="1040"/>
            <w:vAlign w:val="center"/>
            <w:tcMar>
              <w:top w:w="55" w:type="dxa"/>
              <w:start w:w="70" w:type="dxa"/>
              <w:bottom w:w="55" w:type="dxa"/>
              <w:end w:w="70" w:type="dxa"/>
            </w:tcMar>
          </w:tcPr>
          <w:p>
            <w:pPr>
              <w:spacing w:after="0"/>
            </w:pPr>
            <w:r>
              <w:rPr>
                <w:rFonts w:ascii="Times New Roman" w:hAnsi="Times New Roman"/>
                <w:sz w:val="18"/>
              </w:rPr>
              <w:t>[CALLBACK / DATE / PERSON]</w:t>
            </w:r>
          </w:p>
        </w:tc>
        <w:tc>
          <w:tcPr>
            <w:tcW w:type="dxa" w:w="1040"/>
            <w:vAlign w:val="center"/>
            <w:tcMar>
              <w:top w:w="55" w:type="dxa"/>
              <w:start w:w="70" w:type="dxa"/>
              <w:bottom w:w="55" w:type="dxa"/>
              <w:end w:w="70" w:type="dxa"/>
            </w:tcMar>
          </w:tcPr>
          <w:p>
            <w:pPr>
              <w:spacing w:after="0"/>
            </w:pPr>
            <w:r>
              <w:rPr>
                <w:rFonts w:ascii="Times New Roman" w:hAnsi="Times New Roman"/>
                <w:sz w:val="18"/>
              </w:rPr>
              <w:t>[CONDITION]</w:t>
            </w:r>
          </w:p>
        </w:tc>
        <w:tc>
          <w:tcPr>
            <w:tcW w:type="dxa" w:w="1040"/>
            <w:vAlign w:val="center"/>
            <w:tcMar>
              <w:top w:w="55" w:type="dxa"/>
              <w:start w:w="70" w:type="dxa"/>
              <w:bottom w:w="55" w:type="dxa"/>
              <w:end w:w="70" w:type="dxa"/>
            </w:tcMar>
          </w:tcPr>
          <w:p>
            <w:pPr>
              <w:spacing w:after="0"/>
            </w:pPr>
            <w:r>
              <w:rPr>
                <w:rFonts w:ascii="Times New Roman" w:hAnsi="Times New Roman"/>
                <w:sz w:val="18"/>
              </w:rPr>
              <w:t>[BANK CONFIRMATION]</w:t>
            </w:r>
          </w:p>
        </w:tc>
      </w:tr>
    </w:tbl>
    <w:p>
      <w:pPr>
        <w:widowControl/>
        <w:spacing w:after="20"/>
      </w:pPr>
    </w:p>
    <w:p>
      <w:pPr>
        <w:pStyle w:val="Heading3"/>
        <w:widowControl/>
        <w:ind w:left="0" w:firstLine="0"/>
      </w:pPr>
      <w:r>
        <w:rPr>
          <w:rFonts w:ascii="Times New Roman" w:hAnsi="Times New Roman"/>
          <w:b/>
          <w:sz w:val="22"/>
          <w:u w:val="single"/>
        </w:rPr>
        <w:t>9.2 Wire-control rules</w:t>
      </w:r>
    </w:p>
    <w:p>
      <w:pPr>
        <w:widowControl/>
        <w:ind w:firstLine="720"/>
        <w:jc w:val="both"/>
      </w:pPr>
      <w:r>
        <w:t>Never rely solely on emailed wire instructions. Obtain instructions through an approved secure channel and complete an independent callback to a previously verified telephone number with an authorized person. Record who provided, entered, verified, and approved each wire. A changed instruction requires a fresh callback and supervisory approval. Do not include full account numbers in broadly circulated checklists; use secure references and masked identifiers.</w:t>
      </w:r>
    </w:p>
    <w:p>
      <w:pPr>
        <w:pStyle w:val="Heading3"/>
        <w:widowControl/>
        <w:ind w:left="0" w:firstLine="0"/>
      </w:pPr>
      <w:r>
        <w:rPr>
          <w:rFonts w:ascii="Times New Roman" w:hAnsi="Times New Roman"/>
          <w:b/>
          <w:sz w:val="22"/>
          <w:u w:val="single"/>
        </w:rPr>
        <w:t>9.3 Payment and receipt evidence</w:t>
      </w:r>
    </w:p>
    <w:p>
      <w:pPr>
        <w:widowControl/>
        <w:ind w:firstLine="720"/>
        <w:jc w:val="both"/>
      </w:pPr>
      <w:r>
        <w:t>Track initiation, bank acceptance, finality, receipt, rejected or returned wires, interest, and remediation. A screenshot of initiation is not proof of receipt. State whether legal effectiveness depends on release, filing, wire receipt, or a combination, and follow the agreed sequence.</w:t>
      </w:r>
    </w:p>
    <w:p>
      <w:pPr>
        <w:pStyle w:val="Heading2"/>
        <w:widowControl/>
        <w:ind w:left="0" w:firstLine="0"/>
      </w:pPr>
      <w:r>
        <w:rPr>
          <w:rFonts w:ascii="Times New Roman" w:hAnsi="Times New Roman"/>
          <w:b/>
          <w:sz w:val="22"/>
          <w:u w:val="single"/>
        </w:rPr>
        <w:t>10. Signature and Release Protocol</w:t>
      </w:r>
    </w:p>
    <w:p>
      <w:pPr>
        <w:widowControl/>
        <w:ind w:firstLine="720"/>
        <w:jc w:val="both"/>
      </w:pPr>
      <w:r>
        <w:t>Maintain a signature matrix listing every party, capacity, document, signature page, notarization, witness, medallion, entity authorization, spouse, trust, electronic-signature restriction, and release condition. Confirm the final form matches each signature page. Signatures held in escrow may be released only by the designated coordinator after written authorization. Any substantive change after signature requires reconfirmation or a new signature as counsel determines.</w:t>
      </w:r>
    </w:p>
    <w:tbl>
      <w:tblPr>
        <w:tblStyle w:val="TableGrid"/>
        <w:tblW w:type="auto" w:w="0"/>
        <w:jc w:val="center"/>
        <w:tblLayout w:type="fixed"/>
        <w:tblLook w:firstColumn="1" w:firstRow="1" w:lastColumn="0" w:lastRow="0" w:noHBand="0" w:noVBand="1" w:val="04A0"/>
        <w:tblBorders>
          <w:top w:val="single" w:color="D9D9D9" w:sz="4"/>
          <w:left w:val="single" w:color="D9D9D9" w:sz="4"/>
          <w:bottom w:val="single" w:color="D9D9D9" w:sz="4"/>
          <w:right w:val="single" w:color="D9D9D9" w:sz="4"/>
          <w:insideH w:val="single" w:color="D9D9D9" w:sz="4"/>
          <w:insideV w:val="single" w:color="D9D9D9" w:sz="4"/>
        </w:tblBorders>
      </w:tblPr>
      <w:tblGrid>
        <w:gridCol w:w="1040"/>
        <w:gridCol w:w="1040"/>
        <w:gridCol w:w="1040"/>
        <w:gridCol w:w="1040"/>
        <w:gridCol w:w="1040"/>
        <w:gridCol w:w="1040"/>
        <w:gridCol w:w="1040"/>
        <w:gridCol w:w="1040"/>
        <w:gridCol w:w="1040"/>
      </w:tblGrid>
      <w:tr>
        <w:trPr>
          <w:tblHeader w:val="true"/>
          <w:cantSplit/>
        </w:trPr>
        <w:tc>
          <w:tcPr>
            <w:tcW w:type="dxa" w:w="1040"/>
            <w:vAlign w:val="center"/>
            <w:tcMar>
              <w:top w:w="55" w:type="dxa"/>
              <w:start w:w="70" w:type="dxa"/>
              <w:bottom w:w="55" w:type="dxa"/>
              <w:end w:w="70" w:type="dxa"/>
            </w:tcMar>
            <w:shd w:fill="DCE6F1"/>
          </w:tcPr>
          <w:p>
            <w:pPr>
              <w:spacing w:after="0"/>
            </w:pPr>
            <w:r>
              <w:rPr>
                <w:rFonts w:ascii="Times New Roman" w:hAnsi="Times New Roman"/>
                <w:b/>
                <w:sz w:val="18"/>
              </w:rPr>
              <w:t>Signatory</w:t>
            </w:r>
          </w:p>
        </w:tc>
        <w:tc>
          <w:tcPr>
            <w:tcW w:type="dxa" w:w="1040"/>
            <w:vAlign w:val="center"/>
            <w:tcMar>
              <w:top w:w="55" w:type="dxa"/>
              <w:start w:w="70" w:type="dxa"/>
              <w:bottom w:w="55" w:type="dxa"/>
              <w:end w:w="70" w:type="dxa"/>
            </w:tcMar>
            <w:shd w:fill="DCE6F1"/>
          </w:tcPr>
          <w:p>
            <w:pPr>
              <w:spacing w:after="0"/>
            </w:pPr>
            <w:r>
              <w:rPr>
                <w:rFonts w:ascii="Times New Roman" w:hAnsi="Times New Roman"/>
                <w:b/>
                <w:sz w:val="18"/>
              </w:rPr>
              <w:t>Capacity</w:t>
            </w:r>
          </w:p>
        </w:tc>
        <w:tc>
          <w:tcPr>
            <w:tcW w:type="dxa" w:w="1040"/>
            <w:vAlign w:val="center"/>
            <w:tcMar>
              <w:top w:w="55" w:type="dxa"/>
              <w:start w:w="70" w:type="dxa"/>
              <w:bottom w:w="55" w:type="dxa"/>
              <w:end w:w="70" w:type="dxa"/>
            </w:tcMar>
            <w:shd w:fill="DCE6F1"/>
          </w:tcPr>
          <w:p>
            <w:pPr>
              <w:spacing w:after="0"/>
            </w:pPr>
            <w:r>
              <w:rPr>
                <w:rFonts w:ascii="Times New Roman" w:hAnsi="Times New Roman"/>
                <w:b/>
                <w:sz w:val="18"/>
              </w:rPr>
              <w:t>Document</w:t>
            </w:r>
          </w:p>
        </w:tc>
        <w:tc>
          <w:tcPr>
            <w:tcW w:type="dxa" w:w="1040"/>
            <w:vAlign w:val="center"/>
            <w:tcMar>
              <w:top w:w="55" w:type="dxa"/>
              <w:start w:w="70" w:type="dxa"/>
              <w:bottom w:w="55" w:type="dxa"/>
              <w:end w:w="70" w:type="dxa"/>
            </w:tcMar>
            <w:shd w:fill="DCE6F1"/>
          </w:tcPr>
          <w:p>
            <w:pPr>
              <w:spacing w:after="0"/>
            </w:pPr>
            <w:r>
              <w:rPr>
                <w:rFonts w:ascii="Times New Roman" w:hAnsi="Times New Roman"/>
                <w:b/>
                <w:sz w:val="18"/>
              </w:rPr>
              <w:t>Page matched to version</w:t>
            </w:r>
          </w:p>
        </w:tc>
        <w:tc>
          <w:tcPr>
            <w:tcW w:type="dxa" w:w="1040"/>
            <w:vAlign w:val="center"/>
            <w:tcMar>
              <w:top w:w="55" w:type="dxa"/>
              <w:start w:w="70" w:type="dxa"/>
              <w:bottom w:w="55" w:type="dxa"/>
              <w:end w:w="70" w:type="dxa"/>
            </w:tcMar>
            <w:shd w:fill="DCE6F1"/>
          </w:tcPr>
          <w:p>
            <w:pPr>
              <w:spacing w:after="0"/>
            </w:pPr>
            <w:r>
              <w:rPr>
                <w:rFonts w:ascii="Times New Roman" w:hAnsi="Times New Roman"/>
                <w:b/>
                <w:sz w:val="18"/>
              </w:rPr>
              <w:t>Authority evidence</w:t>
            </w:r>
          </w:p>
        </w:tc>
        <w:tc>
          <w:tcPr>
            <w:tcW w:type="dxa" w:w="1040"/>
            <w:vAlign w:val="center"/>
            <w:tcMar>
              <w:top w:w="55" w:type="dxa"/>
              <w:start w:w="70" w:type="dxa"/>
              <w:bottom w:w="55" w:type="dxa"/>
              <w:end w:w="70" w:type="dxa"/>
            </w:tcMar>
            <w:shd w:fill="DCE6F1"/>
          </w:tcPr>
          <w:p>
            <w:pPr>
              <w:spacing w:after="0"/>
            </w:pPr>
            <w:r>
              <w:rPr>
                <w:rFonts w:ascii="Times New Roman" w:hAnsi="Times New Roman"/>
                <w:b/>
                <w:sz w:val="18"/>
              </w:rPr>
              <w:t>Signature received</w:t>
            </w:r>
          </w:p>
        </w:tc>
        <w:tc>
          <w:tcPr>
            <w:tcW w:type="dxa" w:w="1040"/>
            <w:vAlign w:val="center"/>
            <w:tcMar>
              <w:top w:w="55" w:type="dxa"/>
              <w:start w:w="70" w:type="dxa"/>
              <w:bottom w:w="55" w:type="dxa"/>
              <w:end w:w="70" w:type="dxa"/>
            </w:tcMar>
            <w:shd w:fill="DCE6F1"/>
          </w:tcPr>
          <w:p>
            <w:pPr>
              <w:spacing w:after="0"/>
            </w:pPr>
            <w:r>
              <w:rPr>
                <w:rFonts w:ascii="Times New Roman" w:hAnsi="Times New Roman"/>
                <w:b/>
                <w:sz w:val="18"/>
              </w:rPr>
              <w:t>Held by</w:t>
            </w:r>
          </w:p>
        </w:tc>
        <w:tc>
          <w:tcPr>
            <w:tcW w:type="dxa" w:w="1040"/>
            <w:vAlign w:val="center"/>
            <w:tcMar>
              <w:top w:w="55" w:type="dxa"/>
              <w:start w:w="70" w:type="dxa"/>
              <w:bottom w:w="55" w:type="dxa"/>
              <w:end w:w="70" w:type="dxa"/>
            </w:tcMar>
            <w:shd w:fill="DCE6F1"/>
          </w:tcPr>
          <w:p>
            <w:pPr>
              <w:spacing w:after="0"/>
            </w:pPr>
            <w:r>
              <w:rPr>
                <w:rFonts w:ascii="Times New Roman" w:hAnsi="Times New Roman"/>
                <w:b/>
                <w:sz w:val="18"/>
              </w:rPr>
              <w:t>Release authority</w:t>
            </w:r>
          </w:p>
        </w:tc>
        <w:tc>
          <w:tcPr>
            <w:tcW w:type="dxa" w:w="1040"/>
            <w:vAlign w:val="center"/>
            <w:tcMar>
              <w:top w:w="55" w:type="dxa"/>
              <w:start w:w="70" w:type="dxa"/>
              <w:bottom w:w="55" w:type="dxa"/>
              <w:end w:w="70" w:type="dxa"/>
            </w:tcMar>
            <w:shd w:fill="DCE6F1"/>
          </w:tcPr>
          <w:p>
            <w:pPr>
              <w:spacing w:after="0"/>
            </w:pPr>
            <w:r>
              <w:rPr>
                <w:rFonts w:ascii="Times New Roman" w:hAnsi="Times New Roman"/>
                <w:b/>
                <w:sz w:val="18"/>
              </w:rPr>
              <w:t>Released</w:t>
            </w:r>
          </w:p>
        </w:tc>
      </w:tr>
      <w:tr>
        <w:trPr>
          <w:cantSplit/>
        </w:trPr>
        <w:tc>
          <w:tcPr>
            <w:tcW w:type="dxa" w:w="1040"/>
            <w:vAlign w:val="center"/>
            <w:tcMar>
              <w:top w:w="55" w:type="dxa"/>
              <w:start w:w="70" w:type="dxa"/>
              <w:bottom w:w="55" w:type="dxa"/>
              <w:end w:w="70" w:type="dxa"/>
            </w:tcMar>
          </w:tcPr>
          <w:p>
            <w:pPr>
              <w:spacing w:after="0"/>
            </w:pPr>
            <w:r>
              <w:rPr>
                <w:rFonts w:ascii="Times New Roman" w:hAnsi="Times New Roman"/>
                <w:sz w:val="18"/>
              </w:rPr>
              <w:t>[NAME]</w:t>
            </w:r>
          </w:p>
        </w:tc>
        <w:tc>
          <w:tcPr>
            <w:tcW w:type="dxa" w:w="1040"/>
            <w:vAlign w:val="center"/>
            <w:tcMar>
              <w:top w:w="55" w:type="dxa"/>
              <w:start w:w="70" w:type="dxa"/>
              <w:bottom w:w="55" w:type="dxa"/>
              <w:end w:w="70" w:type="dxa"/>
            </w:tcMar>
          </w:tcPr>
          <w:p>
            <w:pPr>
              <w:spacing w:after="0"/>
            </w:pPr>
            <w:r>
              <w:rPr>
                <w:rFonts w:ascii="Times New Roman" w:hAnsi="Times New Roman"/>
                <w:sz w:val="18"/>
              </w:rPr>
              <w:t>[CAPACITY]</w:t>
            </w:r>
          </w:p>
        </w:tc>
        <w:tc>
          <w:tcPr>
            <w:tcW w:type="dxa" w:w="1040"/>
            <w:vAlign w:val="center"/>
            <w:tcMar>
              <w:top w:w="55" w:type="dxa"/>
              <w:start w:w="70" w:type="dxa"/>
              <w:bottom w:w="55" w:type="dxa"/>
              <w:end w:w="70" w:type="dxa"/>
            </w:tcMar>
          </w:tcPr>
          <w:p>
            <w:pPr>
              <w:spacing w:after="0"/>
            </w:pPr>
            <w:r>
              <w:rPr>
                <w:rFonts w:ascii="Times New Roman" w:hAnsi="Times New Roman"/>
                <w:sz w:val="18"/>
              </w:rPr>
              <w:t>[DOCUMENT / VERSION]</w:t>
            </w:r>
          </w:p>
        </w:tc>
        <w:tc>
          <w:tcPr>
            <w:tcW w:type="dxa" w:w="1040"/>
            <w:vAlign w:val="center"/>
            <w:tcMar>
              <w:top w:w="55" w:type="dxa"/>
              <w:start w:w="70" w:type="dxa"/>
              <w:bottom w:w="55" w:type="dxa"/>
              <w:end w:w="70" w:type="dxa"/>
            </w:tcMar>
          </w:tcPr>
          <w:p>
            <w:pPr>
              <w:spacing w:after="0"/>
            </w:pPr>
            <w:r>
              <w:rPr>
                <w:rFonts w:ascii="Times New Roman" w:hAnsi="Times New Roman"/>
                <w:sz w:val="18"/>
              </w:rPr>
              <w:t>[YES / ISSUE]</w:t>
            </w:r>
          </w:p>
        </w:tc>
        <w:tc>
          <w:tcPr>
            <w:tcW w:type="dxa" w:w="1040"/>
            <w:vAlign w:val="center"/>
            <w:tcMar>
              <w:top w:w="55" w:type="dxa"/>
              <w:start w:w="70" w:type="dxa"/>
              <w:bottom w:w="55" w:type="dxa"/>
              <w:end w:w="70" w:type="dxa"/>
            </w:tcMar>
          </w:tcPr>
          <w:p>
            <w:pPr>
              <w:spacing w:after="0"/>
            </w:pPr>
            <w:r>
              <w:rPr>
                <w:rFonts w:ascii="Times New Roman" w:hAnsi="Times New Roman"/>
                <w:sz w:val="18"/>
              </w:rPr>
              <w:t>[EVIDENCE]</w:t>
            </w:r>
          </w:p>
        </w:tc>
        <w:tc>
          <w:tcPr>
            <w:tcW w:type="dxa" w:w="1040"/>
            <w:vAlign w:val="center"/>
            <w:tcMar>
              <w:top w:w="55" w:type="dxa"/>
              <w:start w:w="70" w:type="dxa"/>
              <w:bottom w:w="55" w:type="dxa"/>
              <w:end w:w="70" w:type="dxa"/>
            </w:tcMar>
          </w:tcPr>
          <w:p>
            <w:pPr>
              <w:spacing w:after="0"/>
            </w:pPr>
            <w:r>
              <w:rPr>
                <w:rFonts w:ascii="Times New Roman" w:hAnsi="Times New Roman"/>
                <w:sz w:val="18"/>
              </w:rPr>
              <w:t>[DATE / TIME]</w:t>
            </w:r>
          </w:p>
        </w:tc>
        <w:tc>
          <w:tcPr>
            <w:tcW w:type="dxa" w:w="1040"/>
            <w:vAlign w:val="center"/>
            <w:tcMar>
              <w:top w:w="55" w:type="dxa"/>
              <w:start w:w="70" w:type="dxa"/>
              <w:bottom w:w="55" w:type="dxa"/>
              <w:end w:w="70" w:type="dxa"/>
            </w:tcMar>
          </w:tcPr>
          <w:p>
            <w:pPr>
              <w:spacing w:after="0"/>
            </w:pPr>
            <w:r>
              <w:rPr>
                <w:rFonts w:ascii="Times New Roman" w:hAnsi="Times New Roman"/>
                <w:sz w:val="18"/>
              </w:rPr>
              <w:t>[PERSON]</w:t>
            </w:r>
          </w:p>
        </w:tc>
        <w:tc>
          <w:tcPr>
            <w:tcW w:type="dxa" w:w="1040"/>
            <w:vAlign w:val="center"/>
            <w:tcMar>
              <w:top w:w="55" w:type="dxa"/>
              <w:start w:w="70" w:type="dxa"/>
              <w:bottom w:w="55" w:type="dxa"/>
              <w:end w:w="70" w:type="dxa"/>
            </w:tcMar>
          </w:tcPr>
          <w:p>
            <w:pPr>
              <w:spacing w:after="0"/>
            </w:pPr>
            <w:r>
              <w:rPr>
                <w:rFonts w:ascii="Times New Roman" w:hAnsi="Times New Roman"/>
                <w:sz w:val="18"/>
              </w:rPr>
              <w:t>[PERSON / CONDITION]</w:t>
            </w:r>
          </w:p>
        </w:tc>
        <w:tc>
          <w:tcPr>
            <w:tcW w:type="dxa" w:w="1040"/>
            <w:vAlign w:val="center"/>
            <w:tcMar>
              <w:top w:w="55" w:type="dxa"/>
              <w:start w:w="70" w:type="dxa"/>
              <w:bottom w:w="55" w:type="dxa"/>
              <w:end w:w="70" w:type="dxa"/>
            </w:tcMar>
          </w:tcPr>
          <w:p>
            <w:pPr>
              <w:spacing w:after="0"/>
            </w:pPr>
            <w:r>
              <w:rPr>
                <w:rFonts w:ascii="Times New Roman" w:hAnsi="Times New Roman"/>
                <w:sz w:val="18"/>
              </w:rPr>
              <w:t>[DATE / TIME]</w:t>
            </w:r>
          </w:p>
        </w:tc>
      </w:tr>
    </w:tbl>
    <w:p>
      <w:pPr>
        <w:widowControl/>
        <w:spacing w:after="20"/>
      </w:pPr>
    </w:p>
    <w:p>
      <w:pPr>
        <w:pStyle w:val="Heading2"/>
        <w:widowControl/>
        <w:ind w:left="0" w:firstLine="0"/>
      </w:pPr>
      <w:r>
        <w:rPr>
          <w:rFonts w:ascii="Times New Roman" w:hAnsi="Times New Roman"/>
          <w:b/>
          <w:sz w:val="22"/>
          <w:u w:val="single"/>
        </w:rPr>
        <w:t>11. Filing and Effective Time Sequence</w:t>
      </w:r>
    </w:p>
    <w:tbl>
      <w:tblPr>
        <w:tblStyle w:val="TableGrid"/>
        <w:tblW w:type="auto" w:w="0"/>
        <w:jc w:val="center"/>
        <w:tblLayout w:type="fixed"/>
        <w:tblLook w:firstColumn="1" w:firstRow="1" w:lastColumn="0" w:lastRow="0" w:noHBand="0" w:noVBand="1" w:val="04A0"/>
        <w:tblBorders>
          <w:top w:val="single" w:color="D9D9D9" w:sz="4"/>
          <w:left w:val="single" w:color="D9D9D9" w:sz="4"/>
          <w:bottom w:val="single" w:color="D9D9D9" w:sz="4"/>
          <w:right w:val="single" w:color="D9D9D9" w:sz="4"/>
          <w:insideH w:val="single" w:color="D9D9D9" w:sz="4"/>
          <w:insideV w:val="single" w:color="D9D9D9" w:sz="4"/>
        </w:tblBorders>
      </w:tblPr>
      <w:tblGrid>
        <w:gridCol w:w="1170"/>
        <w:gridCol w:w="1170"/>
        <w:gridCol w:w="1170"/>
        <w:gridCol w:w="1170"/>
        <w:gridCol w:w="1170"/>
        <w:gridCol w:w="1170"/>
        <w:gridCol w:w="1170"/>
        <w:gridCol w:w="1170"/>
      </w:tblGrid>
      <w:tr>
        <w:trPr>
          <w:tblHeader w:val="true"/>
          <w:cantSplit/>
        </w:trPr>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Sequence</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Action</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Earliest time</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Dependency</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Responsible person</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Filing evidence</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Failure or rollback plan</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Confirmed time</w:t>
            </w:r>
          </w:p>
        </w:tc>
      </w:tr>
      <w:tr>
        <w:trPr>
          <w:cantSplit/>
        </w:trPr>
        <w:tc>
          <w:tcPr>
            <w:tcW w:type="dxa" w:w="1170"/>
            <w:vAlign w:val="center"/>
            <w:tcMar>
              <w:top w:w="55" w:type="dxa"/>
              <w:start w:w="70" w:type="dxa"/>
              <w:bottom w:w="55" w:type="dxa"/>
              <w:end w:w="70" w:type="dxa"/>
            </w:tcMar>
          </w:tcPr>
          <w:p>
            <w:pPr>
              <w:spacing w:after="0"/>
            </w:pPr>
            <w:r>
              <w:rPr>
                <w:rFonts w:ascii="Times New Roman" w:hAnsi="Times New Roman"/>
                <w:sz w:val="18"/>
              </w:rPr>
              <w:t>1</w:t>
            </w:r>
          </w:p>
        </w:tc>
        <w:tc>
          <w:tcPr>
            <w:tcW w:type="dxa" w:w="1170"/>
            <w:vAlign w:val="center"/>
            <w:tcMar>
              <w:top w:w="55" w:type="dxa"/>
              <w:start w:w="70" w:type="dxa"/>
              <w:bottom w:w="55" w:type="dxa"/>
              <w:end w:w="70" w:type="dxa"/>
            </w:tcMar>
          </w:tcPr>
          <w:p>
            <w:pPr>
              <w:spacing w:after="0"/>
            </w:pPr>
            <w:r>
              <w:rPr>
                <w:rFonts w:ascii="Times New Roman" w:hAnsi="Times New Roman"/>
                <w:sz w:val="18"/>
              </w:rPr>
              <w:t>Final release call</w:t>
            </w:r>
          </w:p>
        </w:tc>
        <w:tc>
          <w:tcPr>
            <w:tcW w:type="dxa" w:w="1170"/>
            <w:vAlign w:val="center"/>
            <w:tcMar>
              <w:top w:w="55" w:type="dxa"/>
              <w:start w:w="70" w:type="dxa"/>
              <w:bottom w:w="55" w:type="dxa"/>
              <w:end w:w="70" w:type="dxa"/>
            </w:tcMar>
          </w:tcPr>
          <w:p>
            <w:pPr>
              <w:spacing w:after="0"/>
            </w:pPr>
            <w:r>
              <w:rPr>
                <w:rFonts w:ascii="Times New Roman" w:hAnsi="Times New Roman"/>
                <w:sz w:val="18"/>
              </w:rPr>
              <w:t>[TIME]</w:t>
            </w:r>
          </w:p>
        </w:tc>
        <w:tc>
          <w:tcPr>
            <w:tcW w:type="dxa" w:w="1170"/>
            <w:vAlign w:val="center"/>
            <w:tcMar>
              <w:top w:w="55" w:type="dxa"/>
              <w:start w:w="70" w:type="dxa"/>
              <w:bottom w:w="55" w:type="dxa"/>
              <w:end w:w="70" w:type="dxa"/>
            </w:tcMar>
          </w:tcPr>
          <w:p>
            <w:pPr>
              <w:spacing w:after="0"/>
            </w:pPr>
            <w:r>
              <w:rPr>
                <w:rFonts w:ascii="Times New Roman" w:hAnsi="Times New Roman"/>
                <w:sz w:val="18"/>
              </w:rPr>
              <w:t>Conditions and signatures</w:t>
            </w:r>
          </w:p>
        </w:tc>
        <w:tc>
          <w:tcPr>
            <w:tcW w:type="dxa" w:w="1170"/>
            <w:vAlign w:val="center"/>
            <w:tcMar>
              <w:top w:w="55" w:type="dxa"/>
              <w:start w:w="70" w:type="dxa"/>
              <w:bottom w:w="55" w:type="dxa"/>
              <w:end w:w="70" w:type="dxa"/>
            </w:tcMar>
          </w:tcPr>
          <w:p>
            <w:pPr>
              <w:spacing w:after="0"/>
            </w:pPr>
            <w:r>
              <w:rPr>
                <w:rFonts w:ascii="Times New Roman" w:hAnsi="Times New Roman"/>
                <w:sz w:val="18"/>
              </w:rPr>
              <w:t>[LEAD]</w:t>
            </w:r>
          </w:p>
        </w:tc>
        <w:tc>
          <w:tcPr>
            <w:tcW w:type="dxa" w:w="1170"/>
            <w:vAlign w:val="center"/>
            <w:tcMar>
              <w:top w:w="55" w:type="dxa"/>
              <w:start w:w="70" w:type="dxa"/>
              <w:bottom w:w="55" w:type="dxa"/>
              <w:end w:w="70" w:type="dxa"/>
            </w:tcMar>
          </w:tcPr>
          <w:p>
            <w:pPr>
              <w:spacing w:after="0"/>
            </w:pPr>
            <w:r>
              <w:rPr>
                <w:rFonts w:ascii="Times New Roman" w:hAnsi="Times New Roman"/>
                <w:sz w:val="18"/>
              </w:rPr>
              <w:t>Release authorization</w:t>
            </w:r>
          </w:p>
        </w:tc>
        <w:tc>
          <w:tcPr>
            <w:tcW w:type="dxa" w:w="1170"/>
            <w:vAlign w:val="center"/>
            <w:tcMar>
              <w:top w:w="55" w:type="dxa"/>
              <w:start w:w="70" w:type="dxa"/>
              <w:bottom w:w="55" w:type="dxa"/>
              <w:end w:w="70" w:type="dxa"/>
            </w:tcMar>
          </w:tcPr>
          <w:p>
            <w:pPr>
              <w:spacing w:after="0"/>
            </w:pPr>
            <w:r>
              <w:rPr>
                <w:rFonts w:ascii="Times New Roman" w:hAnsi="Times New Roman"/>
                <w:sz w:val="18"/>
              </w:rPr>
              <w:t>Do not release</w:t>
            </w:r>
          </w:p>
        </w:tc>
        <w:tc>
          <w:tcPr>
            <w:tcW w:type="dxa" w:w="1170"/>
            <w:vAlign w:val="center"/>
            <w:tcMar>
              <w:top w:w="55" w:type="dxa"/>
              <w:start w:w="70" w:type="dxa"/>
              <w:bottom w:w="55" w:type="dxa"/>
              <w:end w:w="70" w:type="dxa"/>
            </w:tcMar>
          </w:tcPr>
          <w:p>
            <w:pPr>
              <w:spacing w:after="0"/>
            </w:pPr>
            <w:r>
              <w:rPr>
                <w:rFonts w:ascii="Times New Roman" w:hAnsi="Times New Roman"/>
                <w:sz w:val="18"/>
              </w:rPr>
              <w:t>[TIME]</w:t>
            </w:r>
          </w:p>
        </w:tc>
      </w:tr>
      <w:tr>
        <w:trPr>
          <w:cantSplit/>
        </w:trPr>
        <w:tc>
          <w:tcPr>
            <w:tcW w:type="dxa" w:w="1170"/>
            <w:vAlign w:val="center"/>
            <w:tcMar>
              <w:top w:w="55" w:type="dxa"/>
              <w:start w:w="70" w:type="dxa"/>
              <w:bottom w:w="55" w:type="dxa"/>
              <w:end w:w="70" w:type="dxa"/>
            </w:tcMar>
          </w:tcPr>
          <w:p>
            <w:pPr>
              <w:spacing w:after="0"/>
            </w:pPr>
            <w:r>
              <w:rPr>
                <w:rFonts w:ascii="Times New Roman" w:hAnsi="Times New Roman"/>
                <w:sz w:val="18"/>
              </w:rPr>
              <w:t>2</w:t>
            </w:r>
          </w:p>
        </w:tc>
        <w:tc>
          <w:tcPr>
            <w:tcW w:type="dxa" w:w="1170"/>
            <w:vAlign w:val="center"/>
            <w:tcMar>
              <w:top w:w="55" w:type="dxa"/>
              <w:start w:w="70" w:type="dxa"/>
              <w:bottom w:w="55" w:type="dxa"/>
              <w:end w:w="70" w:type="dxa"/>
            </w:tcMar>
          </w:tcPr>
          <w:p>
            <w:pPr>
              <w:spacing w:after="0"/>
            </w:pPr>
            <w:r>
              <w:rPr>
                <w:rFonts w:ascii="Times New Roman" w:hAnsi="Times New Roman"/>
                <w:sz w:val="18"/>
              </w:rPr>
              <w:t>Release funds or filing</w:t>
            </w:r>
          </w:p>
        </w:tc>
        <w:tc>
          <w:tcPr>
            <w:tcW w:type="dxa" w:w="1170"/>
            <w:vAlign w:val="center"/>
            <w:tcMar>
              <w:top w:w="55" w:type="dxa"/>
              <w:start w:w="70" w:type="dxa"/>
              <w:bottom w:w="55" w:type="dxa"/>
              <w:end w:w="70" w:type="dxa"/>
            </w:tcMar>
          </w:tcPr>
          <w:p>
            <w:pPr>
              <w:spacing w:after="0"/>
            </w:pPr>
            <w:r>
              <w:rPr>
                <w:rFonts w:ascii="Times New Roman" w:hAnsi="Times New Roman"/>
                <w:sz w:val="18"/>
              </w:rPr>
              <w:t>[TIME]</w:t>
            </w:r>
          </w:p>
        </w:tc>
        <w:tc>
          <w:tcPr>
            <w:tcW w:type="dxa" w:w="1170"/>
            <w:vAlign w:val="center"/>
            <w:tcMar>
              <w:top w:w="55" w:type="dxa"/>
              <w:start w:w="70" w:type="dxa"/>
              <w:bottom w:w="55" w:type="dxa"/>
              <w:end w:w="70" w:type="dxa"/>
            </w:tcMar>
          </w:tcPr>
          <w:p>
            <w:pPr>
              <w:spacing w:after="0"/>
            </w:pPr>
            <w:r>
              <w:rPr>
                <w:rFonts w:ascii="Times New Roman" w:hAnsi="Times New Roman"/>
                <w:sz w:val="18"/>
              </w:rPr>
              <w:t>[DEPENDENCY]</w:t>
            </w:r>
          </w:p>
        </w:tc>
        <w:tc>
          <w:tcPr>
            <w:tcW w:type="dxa" w:w="1170"/>
            <w:vAlign w:val="center"/>
            <w:tcMar>
              <w:top w:w="55" w:type="dxa"/>
              <w:start w:w="70" w:type="dxa"/>
              <w:bottom w:w="55" w:type="dxa"/>
              <w:end w:w="70" w:type="dxa"/>
            </w:tcMar>
          </w:tcPr>
          <w:p>
            <w:pPr>
              <w:spacing w:after="0"/>
            </w:pPr>
            <w:r>
              <w:rPr>
                <w:rFonts w:ascii="Times New Roman" w:hAnsi="Times New Roman"/>
                <w:sz w:val="18"/>
              </w:rPr>
              <w:t>[PERSON]</w:t>
            </w:r>
          </w:p>
        </w:tc>
        <w:tc>
          <w:tcPr>
            <w:tcW w:type="dxa" w:w="1170"/>
            <w:vAlign w:val="center"/>
            <w:tcMar>
              <w:top w:w="55" w:type="dxa"/>
              <w:start w:w="70" w:type="dxa"/>
              <w:bottom w:w="55" w:type="dxa"/>
              <w:end w:w="70" w:type="dxa"/>
            </w:tcMar>
          </w:tcPr>
          <w:p>
            <w:pPr>
              <w:spacing w:after="0"/>
            </w:pPr>
            <w:r>
              <w:rPr>
                <w:rFonts w:ascii="Times New Roman" w:hAnsi="Times New Roman"/>
                <w:sz w:val="18"/>
              </w:rPr>
              <w:t>[BANK / FILING RECEIPT]</w:t>
            </w:r>
          </w:p>
        </w:tc>
        <w:tc>
          <w:tcPr>
            <w:tcW w:type="dxa" w:w="1170"/>
            <w:vAlign w:val="center"/>
            <w:tcMar>
              <w:top w:w="55" w:type="dxa"/>
              <w:start w:w="70" w:type="dxa"/>
              <w:bottom w:w="55" w:type="dxa"/>
              <w:end w:w="70" w:type="dxa"/>
            </w:tcMar>
          </w:tcPr>
          <w:p>
            <w:pPr>
              <w:spacing w:after="0"/>
            </w:pPr>
            <w:r>
              <w:rPr>
                <w:rFonts w:ascii="Times New Roman" w:hAnsi="Times New Roman"/>
                <w:sz w:val="18"/>
              </w:rPr>
              <w:t>[PLAN]</w:t>
            </w:r>
          </w:p>
        </w:tc>
        <w:tc>
          <w:tcPr>
            <w:tcW w:type="dxa" w:w="1170"/>
            <w:vAlign w:val="center"/>
            <w:tcMar>
              <w:top w:w="55" w:type="dxa"/>
              <w:start w:w="70" w:type="dxa"/>
              <w:bottom w:w="55" w:type="dxa"/>
              <w:end w:w="70" w:type="dxa"/>
            </w:tcMar>
          </w:tcPr>
          <w:p>
            <w:pPr>
              <w:spacing w:after="0"/>
            </w:pPr>
            <w:r>
              <w:rPr>
                <w:rFonts w:ascii="Times New Roman" w:hAnsi="Times New Roman"/>
                <w:sz w:val="18"/>
              </w:rPr>
              <w:t>[TIME]</w:t>
            </w:r>
          </w:p>
        </w:tc>
      </w:tr>
      <w:tr>
        <w:trPr>
          <w:cantSplit/>
        </w:trPr>
        <w:tc>
          <w:tcPr>
            <w:tcW w:type="dxa" w:w="1170"/>
            <w:vAlign w:val="center"/>
            <w:tcMar>
              <w:top w:w="55" w:type="dxa"/>
              <w:start w:w="70" w:type="dxa"/>
              <w:bottom w:w="55" w:type="dxa"/>
              <w:end w:w="70" w:type="dxa"/>
            </w:tcMar>
          </w:tcPr>
          <w:p>
            <w:pPr>
              <w:spacing w:after="0"/>
            </w:pPr>
            <w:r>
              <w:rPr>
                <w:rFonts w:ascii="Times New Roman" w:hAnsi="Times New Roman"/>
                <w:sz w:val="18"/>
              </w:rPr>
              <w:t>3</w:t>
            </w:r>
          </w:p>
        </w:tc>
        <w:tc>
          <w:tcPr>
            <w:tcW w:type="dxa" w:w="1170"/>
            <w:vAlign w:val="center"/>
            <w:tcMar>
              <w:top w:w="55" w:type="dxa"/>
              <w:start w:w="70" w:type="dxa"/>
              <w:bottom w:w="55" w:type="dxa"/>
              <w:end w:w="70" w:type="dxa"/>
            </w:tcMar>
          </w:tcPr>
          <w:p>
            <w:pPr>
              <w:spacing w:after="0"/>
            </w:pPr>
            <w:r>
              <w:rPr>
                <w:rFonts w:ascii="Times New Roman" w:hAnsi="Times New Roman"/>
                <w:sz w:val="18"/>
              </w:rPr>
              <w:t>Certificate or instrument effective</w:t>
            </w:r>
          </w:p>
        </w:tc>
        <w:tc>
          <w:tcPr>
            <w:tcW w:type="dxa" w:w="1170"/>
            <w:vAlign w:val="center"/>
            <w:tcMar>
              <w:top w:w="55" w:type="dxa"/>
              <w:start w:w="70" w:type="dxa"/>
              <w:bottom w:w="55" w:type="dxa"/>
              <w:end w:w="70" w:type="dxa"/>
            </w:tcMar>
          </w:tcPr>
          <w:p>
            <w:pPr>
              <w:spacing w:after="0"/>
            </w:pPr>
            <w:r>
              <w:rPr>
                <w:rFonts w:ascii="Times New Roman" w:hAnsi="Times New Roman"/>
                <w:sz w:val="18"/>
              </w:rPr>
              <w:t>[TIME / EVENT]</w:t>
            </w:r>
          </w:p>
        </w:tc>
        <w:tc>
          <w:tcPr>
            <w:tcW w:type="dxa" w:w="1170"/>
            <w:vAlign w:val="center"/>
            <w:tcMar>
              <w:top w:w="55" w:type="dxa"/>
              <w:start w:w="70" w:type="dxa"/>
              <w:bottom w:w="55" w:type="dxa"/>
              <w:end w:w="70" w:type="dxa"/>
            </w:tcMar>
          </w:tcPr>
          <w:p>
            <w:pPr>
              <w:spacing w:after="0"/>
            </w:pPr>
            <w:r>
              <w:rPr>
                <w:rFonts w:ascii="Times New Roman" w:hAnsi="Times New Roman"/>
                <w:sz w:val="18"/>
              </w:rPr>
              <w:t>[DEPENDENCY]</w:t>
            </w:r>
          </w:p>
        </w:tc>
        <w:tc>
          <w:tcPr>
            <w:tcW w:type="dxa" w:w="1170"/>
            <w:vAlign w:val="center"/>
            <w:tcMar>
              <w:top w:w="55" w:type="dxa"/>
              <w:start w:w="70" w:type="dxa"/>
              <w:bottom w:w="55" w:type="dxa"/>
              <w:end w:w="70" w:type="dxa"/>
            </w:tcMar>
          </w:tcPr>
          <w:p>
            <w:pPr>
              <w:spacing w:after="0"/>
            </w:pPr>
            <w:r>
              <w:rPr>
                <w:rFonts w:ascii="Times New Roman" w:hAnsi="Times New Roman"/>
                <w:sz w:val="18"/>
              </w:rPr>
              <w:t>[FILING AGENT]</w:t>
            </w:r>
          </w:p>
        </w:tc>
        <w:tc>
          <w:tcPr>
            <w:tcW w:type="dxa" w:w="1170"/>
            <w:vAlign w:val="center"/>
            <w:tcMar>
              <w:top w:w="55" w:type="dxa"/>
              <w:start w:w="70" w:type="dxa"/>
              <w:bottom w:w="55" w:type="dxa"/>
              <w:end w:w="70" w:type="dxa"/>
            </w:tcMar>
          </w:tcPr>
          <w:p>
            <w:pPr>
              <w:spacing w:after="0"/>
            </w:pPr>
            <w:r>
              <w:rPr>
                <w:rFonts w:ascii="Times New Roman" w:hAnsi="Times New Roman"/>
                <w:sz w:val="18"/>
              </w:rPr>
              <w:t>Certified copy or status</w:t>
            </w:r>
          </w:p>
        </w:tc>
        <w:tc>
          <w:tcPr>
            <w:tcW w:type="dxa" w:w="1170"/>
            <w:vAlign w:val="center"/>
            <w:tcMar>
              <w:top w:w="55" w:type="dxa"/>
              <w:start w:w="70" w:type="dxa"/>
              <w:bottom w:w="55" w:type="dxa"/>
              <w:end w:w="70" w:type="dxa"/>
            </w:tcMar>
          </w:tcPr>
          <w:p>
            <w:pPr>
              <w:spacing w:after="0"/>
            </w:pPr>
            <w:r>
              <w:rPr>
                <w:rFonts w:ascii="Times New Roman" w:hAnsi="Times New Roman"/>
                <w:sz w:val="18"/>
              </w:rPr>
              <w:t>[PLAN]</w:t>
            </w:r>
          </w:p>
        </w:tc>
        <w:tc>
          <w:tcPr>
            <w:tcW w:type="dxa" w:w="1170"/>
            <w:vAlign w:val="center"/>
            <w:tcMar>
              <w:top w:w="55" w:type="dxa"/>
              <w:start w:w="70" w:type="dxa"/>
              <w:bottom w:w="55" w:type="dxa"/>
              <w:end w:w="70" w:type="dxa"/>
            </w:tcMar>
          </w:tcPr>
          <w:p>
            <w:pPr>
              <w:spacing w:after="0"/>
            </w:pPr>
            <w:r>
              <w:rPr>
                <w:rFonts w:ascii="Times New Roman" w:hAnsi="Times New Roman"/>
                <w:sz w:val="18"/>
              </w:rPr>
              <w:t>[TIME]</w:t>
            </w:r>
          </w:p>
        </w:tc>
      </w:tr>
      <w:tr>
        <w:trPr>
          <w:cantSplit/>
        </w:trPr>
        <w:tc>
          <w:tcPr>
            <w:tcW w:type="dxa" w:w="1170"/>
            <w:vAlign w:val="center"/>
            <w:tcMar>
              <w:top w:w="55" w:type="dxa"/>
              <w:start w:w="70" w:type="dxa"/>
              <w:bottom w:w="55" w:type="dxa"/>
              <w:end w:w="70" w:type="dxa"/>
            </w:tcMar>
          </w:tcPr>
          <w:p>
            <w:pPr>
              <w:spacing w:after="0"/>
            </w:pPr>
            <w:r>
              <w:rPr>
                <w:rFonts w:ascii="Times New Roman" w:hAnsi="Times New Roman"/>
                <w:sz w:val="18"/>
              </w:rPr>
              <w:t>4</w:t>
            </w:r>
          </w:p>
        </w:tc>
        <w:tc>
          <w:tcPr>
            <w:tcW w:type="dxa" w:w="1170"/>
            <w:vAlign w:val="center"/>
            <w:tcMar>
              <w:top w:w="55" w:type="dxa"/>
              <w:start w:w="70" w:type="dxa"/>
              <w:bottom w:w="55" w:type="dxa"/>
              <w:end w:w="70" w:type="dxa"/>
            </w:tcMar>
          </w:tcPr>
          <w:p>
            <w:pPr>
              <w:spacing w:after="0"/>
            </w:pPr>
            <w:r>
              <w:rPr>
                <w:rFonts w:ascii="Times New Roman" w:hAnsi="Times New Roman"/>
                <w:sz w:val="18"/>
              </w:rPr>
              <w:t>Confirm Closing and announce</w:t>
            </w:r>
          </w:p>
        </w:tc>
        <w:tc>
          <w:tcPr>
            <w:tcW w:type="dxa" w:w="1170"/>
            <w:vAlign w:val="center"/>
            <w:tcMar>
              <w:top w:w="55" w:type="dxa"/>
              <w:start w:w="70" w:type="dxa"/>
              <w:bottom w:w="55" w:type="dxa"/>
              <w:end w:w="70" w:type="dxa"/>
            </w:tcMar>
          </w:tcPr>
          <w:p>
            <w:pPr>
              <w:spacing w:after="0"/>
            </w:pPr>
            <w:r>
              <w:rPr>
                <w:rFonts w:ascii="Times New Roman" w:hAnsi="Times New Roman"/>
                <w:sz w:val="18"/>
              </w:rPr>
              <w:t>[TIME]</w:t>
            </w:r>
          </w:p>
        </w:tc>
        <w:tc>
          <w:tcPr>
            <w:tcW w:type="dxa" w:w="1170"/>
            <w:vAlign w:val="center"/>
            <w:tcMar>
              <w:top w:w="55" w:type="dxa"/>
              <w:start w:w="70" w:type="dxa"/>
              <w:bottom w:w="55" w:type="dxa"/>
              <w:end w:w="70" w:type="dxa"/>
            </w:tcMar>
          </w:tcPr>
          <w:p>
            <w:pPr>
              <w:spacing w:after="0"/>
            </w:pPr>
            <w:r>
              <w:rPr>
                <w:rFonts w:ascii="Times New Roman" w:hAnsi="Times New Roman"/>
                <w:sz w:val="18"/>
              </w:rPr>
              <w:t>Effectiveness and funds</w:t>
            </w:r>
          </w:p>
        </w:tc>
        <w:tc>
          <w:tcPr>
            <w:tcW w:type="dxa" w:w="1170"/>
            <w:vAlign w:val="center"/>
            <w:tcMar>
              <w:top w:w="55" w:type="dxa"/>
              <w:start w:w="70" w:type="dxa"/>
              <w:bottom w:w="55" w:type="dxa"/>
              <w:end w:w="70" w:type="dxa"/>
            </w:tcMar>
          </w:tcPr>
          <w:p>
            <w:pPr>
              <w:spacing w:after="0"/>
            </w:pPr>
            <w:r>
              <w:rPr>
                <w:rFonts w:ascii="Times New Roman" w:hAnsi="Times New Roman"/>
                <w:sz w:val="18"/>
              </w:rPr>
              <w:t>[LEADS]</w:t>
            </w:r>
          </w:p>
        </w:tc>
        <w:tc>
          <w:tcPr>
            <w:tcW w:type="dxa" w:w="1170"/>
            <w:vAlign w:val="center"/>
            <w:tcMar>
              <w:top w:w="55" w:type="dxa"/>
              <w:start w:w="70" w:type="dxa"/>
              <w:bottom w:w="55" w:type="dxa"/>
              <w:end w:w="70" w:type="dxa"/>
            </w:tcMar>
          </w:tcPr>
          <w:p>
            <w:pPr>
              <w:spacing w:after="0"/>
            </w:pPr>
            <w:r>
              <w:rPr>
                <w:rFonts w:ascii="Times New Roman" w:hAnsi="Times New Roman"/>
                <w:sz w:val="18"/>
              </w:rPr>
              <w:t>Closing email</w:t>
            </w:r>
          </w:p>
        </w:tc>
        <w:tc>
          <w:tcPr>
            <w:tcW w:type="dxa" w:w="1170"/>
            <w:vAlign w:val="center"/>
            <w:tcMar>
              <w:top w:w="55" w:type="dxa"/>
              <w:start w:w="70" w:type="dxa"/>
              <w:bottom w:w="55" w:type="dxa"/>
              <w:end w:w="70" w:type="dxa"/>
            </w:tcMar>
          </w:tcPr>
          <w:p>
            <w:pPr>
              <w:spacing w:after="0"/>
            </w:pPr>
            <w:r>
              <w:rPr>
                <w:rFonts w:ascii="Times New Roman" w:hAnsi="Times New Roman"/>
                <w:sz w:val="18"/>
              </w:rPr>
              <w:t>Hold announcement</w:t>
            </w:r>
          </w:p>
        </w:tc>
        <w:tc>
          <w:tcPr>
            <w:tcW w:type="dxa" w:w="1170"/>
            <w:vAlign w:val="center"/>
            <w:tcMar>
              <w:top w:w="55" w:type="dxa"/>
              <w:start w:w="70" w:type="dxa"/>
              <w:bottom w:w="55" w:type="dxa"/>
              <w:end w:w="70" w:type="dxa"/>
            </w:tcMar>
          </w:tcPr>
          <w:p>
            <w:pPr>
              <w:spacing w:after="0"/>
            </w:pPr>
            <w:r>
              <w:rPr>
                <w:rFonts w:ascii="Times New Roman" w:hAnsi="Times New Roman"/>
                <w:sz w:val="18"/>
              </w:rPr>
              <w:t>[TIME]</w:t>
            </w:r>
          </w:p>
        </w:tc>
      </w:tr>
    </w:tbl>
    <w:p>
      <w:pPr>
        <w:widowControl/>
        <w:spacing w:after="20"/>
      </w:pPr>
    </w:p>
    <w:p>
      <w:pPr>
        <w:widowControl/>
        <w:ind w:firstLine="720"/>
        <w:jc w:val="both"/>
      </w:pPr>
      <w:r>
        <w:t>For mergers and other filed transactions, confirm the exact filing office, form, signatures, attachments, fees, requested effective time, reject-and-cure process, certified-copy order, and weekend or holiday coverage. For simultaneous exchange, state which event is legally operative.</w:t>
      </w:r>
    </w:p>
    <w:p>
      <w:pPr>
        <w:pStyle w:val="Heading2"/>
        <w:widowControl/>
        <w:ind w:left="0" w:firstLine="0"/>
      </w:pPr>
      <w:r>
        <w:rPr>
          <w:rFonts w:ascii="Times New Roman" w:hAnsi="Times New Roman"/>
          <w:b/>
          <w:sz w:val="22"/>
          <w:u w:val="single"/>
        </w:rPr>
        <w:t>12. Post Closing Calendar and Binder</w:t>
      </w:r>
    </w:p>
    <w:p>
      <w:pPr>
        <w:widowControl/>
        <w:ind w:firstLine="720"/>
        <w:jc w:val="both"/>
      </w:pPr>
      <w:r>
        <w:t>Track purchase-price true-up, escrow claims and releases, earnout reports, seller-note payments, Tax filings and elections, information statements, appraisal deadlines, 280G and payroll reporting, employee onboarding or termination, benefit plan actions, IP and lien recordings, contract notices, data migrations, transition services milestones, D&amp;O tail, insurance notices, records access, unclaimed property, and regulatory commitments.</w:t>
      </w:r>
    </w:p>
    <w:tbl>
      <w:tblPr>
        <w:tblStyle w:val="TableGrid"/>
        <w:tblW w:type="auto" w:w="0"/>
        <w:jc w:val="center"/>
        <w:tblLayout w:type="fixed"/>
        <w:tblLook w:firstColumn="1" w:firstRow="1" w:lastColumn="0" w:lastRow="0" w:noHBand="0" w:noVBand="1" w:val="04A0"/>
        <w:tblBorders>
          <w:top w:val="single" w:color="D9D9D9" w:sz="4"/>
          <w:left w:val="single" w:color="D9D9D9" w:sz="4"/>
          <w:bottom w:val="single" w:color="D9D9D9" w:sz="4"/>
          <w:right w:val="single" w:color="D9D9D9" w:sz="4"/>
          <w:insideH w:val="single" w:color="D9D9D9" w:sz="4"/>
          <w:insideV w:val="single" w:color="D9D9D9" w:sz="4"/>
        </w:tblBorders>
      </w:tblPr>
      <w:tblGrid>
        <w:gridCol w:w="1170"/>
        <w:gridCol w:w="1170"/>
        <w:gridCol w:w="1170"/>
        <w:gridCol w:w="1170"/>
        <w:gridCol w:w="1170"/>
        <w:gridCol w:w="1170"/>
        <w:gridCol w:w="1170"/>
        <w:gridCol w:w="1170"/>
      </w:tblGrid>
      <w:tr>
        <w:trPr>
          <w:tblHeader w:val="true"/>
          <w:cantSplit/>
        </w:trPr>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ID</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Post-Closing obligation and source</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Owner</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Due date and time zone</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Dependency</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Evidence</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Reminder dates</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Status</w:t>
            </w:r>
          </w:p>
        </w:tc>
      </w:tr>
      <w:tr>
        <w:trPr>
          <w:cantSplit/>
        </w:trPr>
        <w:tc>
          <w:tcPr>
            <w:tcW w:type="dxa" w:w="1170"/>
            <w:vAlign w:val="center"/>
            <w:tcMar>
              <w:top w:w="55" w:type="dxa"/>
              <w:start w:w="70" w:type="dxa"/>
              <w:bottom w:w="55" w:type="dxa"/>
              <w:end w:w="70" w:type="dxa"/>
            </w:tcMar>
          </w:tcPr>
          <w:p>
            <w:pPr>
              <w:spacing w:after="0"/>
            </w:pPr>
            <w:r>
              <w:rPr>
                <w:rFonts w:ascii="Times New Roman" w:hAnsi="Times New Roman"/>
                <w:sz w:val="18"/>
              </w:rPr>
              <w:t>PC-01</w:t>
            </w:r>
          </w:p>
        </w:tc>
        <w:tc>
          <w:tcPr>
            <w:tcW w:type="dxa" w:w="1170"/>
            <w:vAlign w:val="center"/>
            <w:tcMar>
              <w:top w:w="55" w:type="dxa"/>
              <w:start w:w="70" w:type="dxa"/>
              <w:bottom w:w="55" w:type="dxa"/>
              <w:end w:w="70" w:type="dxa"/>
            </w:tcMar>
          </w:tcPr>
          <w:p>
            <w:pPr>
              <w:spacing w:after="0"/>
            </w:pPr>
            <w:r>
              <w:rPr>
                <w:rFonts w:ascii="Times New Roman" w:hAnsi="Times New Roman"/>
                <w:sz w:val="18"/>
              </w:rPr>
              <w:t>[OBLIGATION / §]</w:t>
            </w:r>
          </w:p>
        </w:tc>
        <w:tc>
          <w:tcPr>
            <w:tcW w:type="dxa" w:w="1170"/>
            <w:vAlign w:val="center"/>
            <w:tcMar>
              <w:top w:w="55" w:type="dxa"/>
              <w:start w:w="70" w:type="dxa"/>
              <w:bottom w:w="55" w:type="dxa"/>
              <w:end w:w="70" w:type="dxa"/>
            </w:tcMar>
          </w:tcPr>
          <w:p>
            <w:pPr>
              <w:spacing w:after="0"/>
            </w:pPr>
            <w:r>
              <w:rPr>
                <w:rFonts w:ascii="Times New Roman" w:hAnsi="Times New Roman"/>
                <w:sz w:val="18"/>
              </w:rPr>
              <w:t>[OWNER]</w:t>
            </w:r>
          </w:p>
        </w:tc>
        <w:tc>
          <w:tcPr>
            <w:tcW w:type="dxa" w:w="1170"/>
            <w:vAlign w:val="center"/>
            <w:tcMar>
              <w:top w:w="55" w:type="dxa"/>
              <w:start w:w="70" w:type="dxa"/>
              <w:bottom w:w="55" w:type="dxa"/>
              <w:end w:w="70" w:type="dxa"/>
            </w:tcMar>
          </w:tcPr>
          <w:p>
            <w:pPr>
              <w:spacing w:after="0"/>
            </w:pPr>
            <w:r>
              <w:rPr>
                <w:rFonts w:ascii="Times New Roman" w:hAnsi="Times New Roman"/>
                <w:sz w:val="18"/>
              </w:rPr>
              <w:t>[DATE / TZ]</w:t>
            </w:r>
          </w:p>
        </w:tc>
        <w:tc>
          <w:tcPr>
            <w:tcW w:type="dxa" w:w="1170"/>
            <w:vAlign w:val="center"/>
            <w:tcMar>
              <w:top w:w="55" w:type="dxa"/>
              <w:start w:w="70" w:type="dxa"/>
              <w:bottom w:w="55" w:type="dxa"/>
              <w:end w:w="70" w:type="dxa"/>
            </w:tcMar>
          </w:tcPr>
          <w:p>
            <w:pPr>
              <w:spacing w:after="0"/>
            </w:pPr>
            <w:r>
              <w:rPr>
                <w:rFonts w:ascii="Times New Roman" w:hAnsi="Times New Roman"/>
                <w:sz w:val="18"/>
              </w:rPr>
              <w:t>[ITEM]</w:t>
            </w:r>
          </w:p>
        </w:tc>
        <w:tc>
          <w:tcPr>
            <w:tcW w:type="dxa" w:w="1170"/>
            <w:vAlign w:val="center"/>
            <w:tcMar>
              <w:top w:w="55" w:type="dxa"/>
              <w:start w:w="70" w:type="dxa"/>
              <w:bottom w:w="55" w:type="dxa"/>
              <w:end w:w="70" w:type="dxa"/>
            </w:tcMar>
          </w:tcPr>
          <w:p>
            <w:pPr>
              <w:spacing w:after="0"/>
            </w:pPr>
            <w:r>
              <w:rPr>
                <w:rFonts w:ascii="Times New Roman" w:hAnsi="Times New Roman"/>
                <w:sz w:val="18"/>
              </w:rPr>
              <w:t>[FILE / RECEIPT]</w:t>
            </w:r>
          </w:p>
        </w:tc>
        <w:tc>
          <w:tcPr>
            <w:tcW w:type="dxa" w:w="1170"/>
            <w:vAlign w:val="center"/>
            <w:tcMar>
              <w:top w:w="55" w:type="dxa"/>
              <w:start w:w="70" w:type="dxa"/>
              <w:bottom w:w="55" w:type="dxa"/>
              <w:end w:w="70" w:type="dxa"/>
            </w:tcMar>
          </w:tcPr>
          <w:p>
            <w:pPr>
              <w:spacing w:after="0"/>
            </w:pPr>
            <w:r>
              <w:rPr>
                <w:rFonts w:ascii="Times New Roman" w:hAnsi="Times New Roman"/>
                <w:sz w:val="18"/>
              </w:rPr>
              <w:t>[DATES]</w:t>
            </w:r>
          </w:p>
        </w:tc>
        <w:tc>
          <w:tcPr>
            <w:tcW w:type="dxa" w:w="1170"/>
            <w:vAlign w:val="center"/>
            <w:tcMar>
              <w:top w:w="55" w:type="dxa"/>
              <w:start w:w="70" w:type="dxa"/>
              <w:bottom w:w="55" w:type="dxa"/>
              <w:end w:w="70" w:type="dxa"/>
            </w:tcMar>
          </w:tcPr>
          <w:p>
            <w:pPr>
              <w:spacing w:after="0"/>
            </w:pPr>
            <w:r>
              <w:rPr>
                <w:rFonts w:ascii="Times New Roman" w:hAnsi="Times New Roman"/>
                <w:sz w:val="18"/>
              </w:rPr>
              <w:t>[STATUS]</w:t>
            </w:r>
          </w:p>
        </w:tc>
      </w:tr>
    </w:tbl>
    <w:p>
      <w:pPr>
        <w:widowControl/>
        <w:spacing w:after="20"/>
      </w:pPr>
    </w:p>
    <w:p>
      <w:pPr>
        <w:widowControl/>
        <w:ind w:firstLine="720"/>
        <w:jc w:val="both"/>
      </w:pPr>
      <w:r>
        <w:t>The closing binder should include signed transaction documents, final schedules, approvals, certificates, signature and release evidence, funds-flow and masked verification record, filings and receipts, regulatory evidence, key correspondence, and a final index. Preserve privileged advice in a separate protected file. Record where originals and native files are stored.</w:t>
      </w:r>
    </w:p>
    <w:p>
      <w:pPr>
        <w:widowControl/>
        <w:sectPr>
          <w:headerReference w:type="default" r:id="rId9"/>
          <w:headerReference w:type="first" r:id="rId10"/>
          <w:footerReference w:type="default" r:id="rId11"/>
          <w:footerReference w:type="first" r:id="rId12"/>
          <w:pgSz w:w="12240" w:h="15840"/>
          <w:pgMar w:top="1440" w:right="1440" w:bottom="1440" w:left="1440" w:header="518" w:footer="518" w:gutter="0"/>
          <w:cols w:space="720"/>
          <w:titlePg/>
          <w:docGrid w:linePitch="360"/>
        </w:sectPr>
      </w:pPr>
    </w:p>
    <w:p>
      <w:pPr>
        <w:pStyle w:val="Heading2"/>
        <w:widowControl/>
        <w:spacing w:before="1200"/>
        <w:ind w:left="0" w:firstLine="0"/>
      </w:pPr>
      <w:r>
        <w:rPr>
          <w:rFonts w:ascii="Times New Roman" w:hAnsi="Times New Roman"/>
          <w:b/>
          <w:sz w:val="22"/>
          <w:u w:val="single"/>
        </w:rPr>
        <w:t>Annexes</w:t>
      </w:r>
    </w:p>
    <w:p>
      <w:pPr>
        <w:pStyle w:val="Heading3"/>
        <w:widowControl/>
        <w:ind w:left="0" w:firstLine="0"/>
      </w:pPr>
      <w:r>
        <w:rPr>
          <w:rFonts w:ascii="Times New Roman" w:hAnsi="Times New Roman"/>
          <w:b/>
          <w:sz w:val="22"/>
          <w:u w:val="single"/>
        </w:rPr>
        <w:t>Annex 1 Closing Release Authorization</w:t>
      </w:r>
    </w:p>
    <w:tbl>
      <w:tblPr>
        <w:tblStyle w:val="TableGrid"/>
        <w:tblW w:type="auto" w:w="0"/>
        <w:jc w:val="center"/>
        <w:tblLayout w:type="fixed"/>
        <w:tblLook w:firstColumn="1" w:firstRow="1" w:lastColumn="0" w:lastRow="0" w:noHBand="0" w:noVBand="1" w:val="04A0"/>
        <w:tblBorders>
          <w:top w:val="single" w:color="D9D9D9" w:sz="4"/>
          <w:left w:val="single" w:color="D9D9D9" w:sz="4"/>
          <w:bottom w:val="single" w:color="D9D9D9" w:sz="4"/>
          <w:right w:val="single" w:color="D9D9D9" w:sz="4"/>
          <w:insideH w:val="single" w:color="D9D9D9" w:sz="4"/>
          <w:insideV w:val="single" w:color="D9D9D9" w:sz="4"/>
        </w:tblBorders>
      </w:tblPr>
      <w:tblGrid>
        <w:gridCol w:w="2340"/>
        <w:gridCol w:w="2340"/>
        <w:gridCol w:w="2340"/>
        <w:gridCol w:w="2340"/>
      </w:tblGrid>
      <w:tr>
        <w:trPr>
          <w:tblHeader w:val="true"/>
          <w:cantSplit/>
        </w:trPr>
        <w:tc>
          <w:tcPr>
            <w:tcW w:type="dxa" w:w="2340"/>
            <w:vAlign w:val="center"/>
            <w:tcMar>
              <w:top w:w="55" w:type="dxa"/>
              <w:start w:w="70" w:type="dxa"/>
              <w:bottom w:w="55" w:type="dxa"/>
              <w:end w:w="70" w:type="dxa"/>
            </w:tcMar>
            <w:shd w:fill="DCE6F1"/>
          </w:tcPr>
          <w:p>
            <w:pPr>
              <w:spacing w:after="0"/>
            </w:pPr>
            <w:r>
              <w:rPr>
                <w:rFonts w:ascii="Times New Roman" w:hAnsi="Times New Roman"/>
                <w:b/>
                <w:sz w:val="18"/>
              </w:rPr>
              <w:t>Certification</w:t>
            </w:r>
          </w:p>
        </w:tc>
        <w:tc>
          <w:tcPr>
            <w:tcW w:type="dxa" w:w="2340"/>
            <w:vAlign w:val="center"/>
            <w:tcMar>
              <w:top w:w="55" w:type="dxa"/>
              <w:start w:w="70" w:type="dxa"/>
              <w:bottom w:w="55" w:type="dxa"/>
              <w:end w:w="70" w:type="dxa"/>
            </w:tcMar>
            <w:shd w:fill="DCE6F1"/>
          </w:tcPr>
          <w:p>
            <w:pPr>
              <w:spacing w:after="0"/>
            </w:pPr>
            <w:r>
              <w:rPr>
                <w:rFonts w:ascii="Times New Roman" w:hAnsi="Times New Roman"/>
                <w:b/>
                <w:sz w:val="18"/>
              </w:rPr>
              <w:t>Name</w:t>
            </w:r>
          </w:p>
        </w:tc>
        <w:tc>
          <w:tcPr>
            <w:tcW w:type="dxa" w:w="2340"/>
            <w:vAlign w:val="center"/>
            <w:tcMar>
              <w:top w:w="55" w:type="dxa"/>
              <w:start w:w="70" w:type="dxa"/>
              <w:bottom w:w="55" w:type="dxa"/>
              <w:end w:w="70" w:type="dxa"/>
            </w:tcMar>
            <w:shd w:fill="DCE6F1"/>
          </w:tcPr>
          <w:p>
            <w:pPr>
              <w:spacing w:after="0"/>
            </w:pPr>
            <w:r>
              <w:rPr>
                <w:rFonts w:ascii="Times New Roman" w:hAnsi="Times New Roman"/>
                <w:b/>
                <w:sz w:val="18"/>
              </w:rPr>
              <w:t>Signature or written authorization</w:t>
            </w:r>
          </w:p>
        </w:tc>
        <w:tc>
          <w:tcPr>
            <w:tcW w:type="dxa" w:w="2340"/>
            <w:vAlign w:val="center"/>
            <w:tcMar>
              <w:top w:w="55" w:type="dxa"/>
              <w:start w:w="70" w:type="dxa"/>
              <w:bottom w:w="55" w:type="dxa"/>
              <w:end w:w="70" w:type="dxa"/>
            </w:tcMar>
            <w:shd w:fill="DCE6F1"/>
          </w:tcPr>
          <w:p>
            <w:pPr>
              <w:spacing w:after="0"/>
            </w:pPr>
            <w:r>
              <w:rPr>
                <w:rFonts w:ascii="Times New Roman" w:hAnsi="Times New Roman"/>
                <w:b/>
                <w:sz w:val="18"/>
              </w:rPr>
              <w:t>Date and time zone</w:t>
            </w:r>
          </w:p>
        </w:tc>
      </w:tr>
      <w:tr>
        <w:trPr>
          <w:cantSplit/>
        </w:trPr>
        <w:tc>
          <w:tcPr>
            <w:tcW w:type="dxa" w:w="2340"/>
            <w:vAlign w:val="center"/>
            <w:tcMar>
              <w:top w:w="55" w:type="dxa"/>
              <w:start w:w="70" w:type="dxa"/>
              <w:bottom w:w="55" w:type="dxa"/>
              <w:end w:w="70" w:type="dxa"/>
            </w:tcMar>
          </w:tcPr>
          <w:p>
            <w:pPr>
              <w:spacing w:after="0"/>
            </w:pPr>
            <w:r>
              <w:rPr>
                <w:rFonts w:ascii="Times New Roman" w:hAnsi="Times New Roman"/>
                <w:sz w:val="18"/>
              </w:rPr>
              <w:t>Buyer counsel confirms Buyer conditions satisfied or validly waived and Buyer authorizes release.</w:t>
            </w:r>
          </w:p>
        </w:tc>
        <w:tc>
          <w:tcPr>
            <w:tcW w:type="dxa" w:w="2340"/>
            <w:vAlign w:val="center"/>
            <w:tcMar>
              <w:top w:w="55" w:type="dxa"/>
              <w:start w:w="70" w:type="dxa"/>
              <w:bottom w:w="55" w:type="dxa"/>
              <w:end w:w="70" w:type="dxa"/>
            </w:tcMar>
          </w:tcPr>
          <w:p>
            <w:pPr>
              <w:spacing w:after="0"/>
            </w:pPr>
            <w:r>
              <w:rPr>
                <w:rFonts w:ascii="Times New Roman" w:hAnsi="Times New Roman"/>
                <w:sz w:val="18"/>
              </w:rPr>
              <w:t>[NAME]</w:t>
            </w:r>
          </w:p>
        </w:tc>
        <w:tc>
          <w:tcPr>
            <w:tcW w:type="dxa" w:w="2340"/>
            <w:vAlign w:val="center"/>
            <w:tcMar>
              <w:top w:w="55" w:type="dxa"/>
              <w:start w:w="70" w:type="dxa"/>
              <w:bottom w:w="55" w:type="dxa"/>
              <w:end w:w="70" w:type="dxa"/>
            </w:tcMar>
          </w:tcPr>
          <w:p>
            <w:pPr>
              <w:spacing w:after="0"/>
            </w:pPr>
            <w:r>
              <w:rPr>
                <w:rFonts w:ascii="Times New Roman" w:hAnsi="Times New Roman"/>
                <w:sz w:val="18"/>
              </w:rPr>
              <w:t>[AUTHORIZATION]</w:t>
            </w:r>
          </w:p>
        </w:tc>
        <w:tc>
          <w:tcPr>
            <w:tcW w:type="dxa" w:w="2340"/>
            <w:vAlign w:val="center"/>
            <w:tcMar>
              <w:top w:w="55" w:type="dxa"/>
              <w:start w:w="70" w:type="dxa"/>
              <w:bottom w:w="55" w:type="dxa"/>
              <w:end w:w="70" w:type="dxa"/>
            </w:tcMar>
          </w:tcPr>
          <w:p>
            <w:pPr>
              <w:spacing w:after="0"/>
            </w:pPr>
            <w:r>
              <w:rPr>
                <w:rFonts w:ascii="Times New Roman" w:hAnsi="Times New Roman"/>
                <w:sz w:val="18"/>
              </w:rPr>
              <w:t>[DATE / TIME]</w:t>
            </w:r>
          </w:p>
        </w:tc>
      </w:tr>
      <w:tr>
        <w:trPr>
          <w:cantSplit/>
        </w:trPr>
        <w:tc>
          <w:tcPr>
            <w:tcW w:type="dxa" w:w="2340"/>
            <w:vAlign w:val="center"/>
            <w:tcMar>
              <w:top w:w="55" w:type="dxa"/>
              <w:start w:w="70" w:type="dxa"/>
              <w:bottom w:w="55" w:type="dxa"/>
              <w:end w:w="70" w:type="dxa"/>
            </w:tcMar>
          </w:tcPr>
          <w:p>
            <w:pPr>
              <w:spacing w:after="0"/>
            </w:pPr>
            <w:r>
              <w:rPr>
                <w:rFonts w:ascii="Times New Roman" w:hAnsi="Times New Roman"/>
                <w:sz w:val="18"/>
              </w:rPr>
              <w:t>Seller or Company counsel confirms Seller and Company conditions satisfied or validly waived and authorizes release.</w:t>
            </w:r>
          </w:p>
        </w:tc>
        <w:tc>
          <w:tcPr>
            <w:tcW w:type="dxa" w:w="2340"/>
            <w:vAlign w:val="center"/>
            <w:tcMar>
              <w:top w:w="55" w:type="dxa"/>
              <w:start w:w="70" w:type="dxa"/>
              <w:bottom w:w="55" w:type="dxa"/>
              <w:end w:w="70" w:type="dxa"/>
            </w:tcMar>
          </w:tcPr>
          <w:p>
            <w:pPr>
              <w:spacing w:after="0"/>
            </w:pPr>
            <w:r>
              <w:rPr>
                <w:rFonts w:ascii="Times New Roman" w:hAnsi="Times New Roman"/>
                <w:sz w:val="18"/>
              </w:rPr>
              <w:t>[NAME]</w:t>
            </w:r>
          </w:p>
        </w:tc>
        <w:tc>
          <w:tcPr>
            <w:tcW w:type="dxa" w:w="2340"/>
            <w:vAlign w:val="center"/>
            <w:tcMar>
              <w:top w:w="55" w:type="dxa"/>
              <w:start w:w="70" w:type="dxa"/>
              <w:bottom w:w="55" w:type="dxa"/>
              <w:end w:w="70" w:type="dxa"/>
            </w:tcMar>
          </w:tcPr>
          <w:p>
            <w:pPr>
              <w:spacing w:after="0"/>
            </w:pPr>
            <w:r>
              <w:rPr>
                <w:rFonts w:ascii="Times New Roman" w:hAnsi="Times New Roman"/>
                <w:sz w:val="18"/>
              </w:rPr>
              <w:t>[AUTHORIZATION]</w:t>
            </w:r>
          </w:p>
        </w:tc>
        <w:tc>
          <w:tcPr>
            <w:tcW w:type="dxa" w:w="2340"/>
            <w:vAlign w:val="center"/>
            <w:tcMar>
              <w:top w:w="55" w:type="dxa"/>
              <w:start w:w="70" w:type="dxa"/>
              <w:bottom w:w="55" w:type="dxa"/>
              <w:end w:w="70" w:type="dxa"/>
            </w:tcMar>
          </w:tcPr>
          <w:p>
            <w:pPr>
              <w:spacing w:after="0"/>
            </w:pPr>
            <w:r>
              <w:rPr>
                <w:rFonts w:ascii="Times New Roman" w:hAnsi="Times New Roman"/>
                <w:sz w:val="18"/>
              </w:rPr>
              <w:t>[DATE / TIME]</w:t>
            </w:r>
          </w:p>
        </w:tc>
      </w:tr>
      <w:tr>
        <w:trPr>
          <w:cantSplit/>
        </w:trPr>
        <w:tc>
          <w:tcPr>
            <w:tcW w:type="dxa" w:w="2340"/>
            <w:vAlign w:val="center"/>
            <w:tcMar>
              <w:top w:w="55" w:type="dxa"/>
              <w:start w:w="70" w:type="dxa"/>
              <w:bottom w:w="55" w:type="dxa"/>
              <w:end w:w="70" w:type="dxa"/>
            </w:tcMar>
          </w:tcPr>
          <w:p>
            <w:pPr>
              <w:spacing w:after="0"/>
            </w:pPr>
            <w:r>
              <w:rPr>
                <w:rFonts w:ascii="Times New Roman" w:hAnsi="Times New Roman"/>
                <w:sz w:val="18"/>
              </w:rPr>
              <w:t>Funds-flow owner confirms verified instructions, source-to-use tie, and bank readiness.</w:t>
            </w:r>
          </w:p>
        </w:tc>
        <w:tc>
          <w:tcPr>
            <w:tcW w:type="dxa" w:w="2340"/>
            <w:vAlign w:val="center"/>
            <w:tcMar>
              <w:top w:w="55" w:type="dxa"/>
              <w:start w:w="70" w:type="dxa"/>
              <w:bottom w:w="55" w:type="dxa"/>
              <w:end w:w="70" w:type="dxa"/>
            </w:tcMar>
          </w:tcPr>
          <w:p>
            <w:pPr>
              <w:spacing w:after="0"/>
            </w:pPr>
            <w:r>
              <w:rPr>
                <w:rFonts w:ascii="Times New Roman" w:hAnsi="Times New Roman"/>
                <w:sz w:val="18"/>
              </w:rPr>
              <w:t>[NAME]</w:t>
            </w:r>
          </w:p>
        </w:tc>
        <w:tc>
          <w:tcPr>
            <w:tcW w:type="dxa" w:w="2340"/>
            <w:vAlign w:val="center"/>
            <w:tcMar>
              <w:top w:w="55" w:type="dxa"/>
              <w:start w:w="70" w:type="dxa"/>
              <w:bottom w:w="55" w:type="dxa"/>
              <w:end w:w="70" w:type="dxa"/>
            </w:tcMar>
          </w:tcPr>
          <w:p>
            <w:pPr>
              <w:spacing w:after="0"/>
            </w:pPr>
            <w:r>
              <w:rPr>
                <w:rFonts w:ascii="Times New Roman" w:hAnsi="Times New Roman"/>
                <w:sz w:val="18"/>
              </w:rPr>
              <w:t>[AUTHORIZATION]</w:t>
            </w:r>
          </w:p>
        </w:tc>
        <w:tc>
          <w:tcPr>
            <w:tcW w:type="dxa" w:w="2340"/>
            <w:vAlign w:val="center"/>
            <w:tcMar>
              <w:top w:w="55" w:type="dxa"/>
              <w:start w:w="70" w:type="dxa"/>
              <w:bottom w:w="55" w:type="dxa"/>
              <w:end w:w="70" w:type="dxa"/>
            </w:tcMar>
          </w:tcPr>
          <w:p>
            <w:pPr>
              <w:spacing w:after="0"/>
            </w:pPr>
            <w:r>
              <w:rPr>
                <w:rFonts w:ascii="Times New Roman" w:hAnsi="Times New Roman"/>
                <w:sz w:val="18"/>
              </w:rPr>
              <w:t>[DATE / TIME]</w:t>
            </w:r>
          </w:p>
        </w:tc>
      </w:tr>
      <w:tr>
        <w:trPr>
          <w:cantSplit/>
        </w:trPr>
        <w:tc>
          <w:tcPr>
            <w:tcW w:type="dxa" w:w="2340"/>
            <w:vAlign w:val="center"/>
            <w:tcMar>
              <w:top w:w="55" w:type="dxa"/>
              <w:start w:w="70" w:type="dxa"/>
              <w:bottom w:w="55" w:type="dxa"/>
              <w:end w:w="70" w:type="dxa"/>
            </w:tcMar>
          </w:tcPr>
          <w:p>
            <w:pPr>
              <w:spacing w:after="0"/>
            </w:pPr>
            <w:r>
              <w:rPr>
                <w:rFonts w:ascii="Times New Roman" w:hAnsi="Times New Roman"/>
                <w:sz w:val="18"/>
              </w:rPr>
              <w:t>Filing agent confirms filing form, office, fee, timing, and rejection protocol.</w:t>
            </w:r>
          </w:p>
        </w:tc>
        <w:tc>
          <w:tcPr>
            <w:tcW w:type="dxa" w:w="2340"/>
            <w:vAlign w:val="center"/>
            <w:tcMar>
              <w:top w:w="55" w:type="dxa"/>
              <w:start w:w="70" w:type="dxa"/>
              <w:bottom w:w="55" w:type="dxa"/>
              <w:end w:w="70" w:type="dxa"/>
            </w:tcMar>
          </w:tcPr>
          <w:p>
            <w:pPr>
              <w:spacing w:after="0"/>
            </w:pPr>
            <w:r>
              <w:rPr>
                <w:rFonts w:ascii="Times New Roman" w:hAnsi="Times New Roman"/>
                <w:sz w:val="18"/>
              </w:rPr>
              <w:t>[NAME]</w:t>
            </w:r>
          </w:p>
        </w:tc>
        <w:tc>
          <w:tcPr>
            <w:tcW w:type="dxa" w:w="2340"/>
            <w:vAlign w:val="center"/>
            <w:tcMar>
              <w:top w:w="55" w:type="dxa"/>
              <w:start w:w="70" w:type="dxa"/>
              <w:bottom w:w="55" w:type="dxa"/>
              <w:end w:w="70" w:type="dxa"/>
            </w:tcMar>
          </w:tcPr>
          <w:p>
            <w:pPr>
              <w:spacing w:after="0"/>
            </w:pPr>
            <w:r>
              <w:rPr>
                <w:rFonts w:ascii="Times New Roman" w:hAnsi="Times New Roman"/>
                <w:sz w:val="18"/>
              </w:rPr>
              <w:t>[AUTHORIZATION]</w:t>
            </w:r>
          </w:p>
        </w:tc>
        <w:tc>
          <w:tcPr>
            <w:tcW w:type="dxa" w:w="2340"/>
            <w:vAlign w:val="center"/>
            <w:tcMar>
              <w:top w:w="55" w:type="dxa"/>
              <w:start w:w="70" w:type="dxa"/>
              <w:bottom w:w="55" w:type="dxa"/>
              <w:end w:w="70" w:type="dxa"/>
            </w:tcMar>
          </w:tcPr>
          <w:p>
            <w:pPr>
              <w:spacing w:after="0"/>
            </w:pPr>
            <w:r>
              <w:rPr>
                <w:rFonts w:ascii="Times New Roman" w:hAnsi="Times New Roman"/>
                <w:sz w:val="18"/>
              </w:rPr>
              <w:t>[DATE / TIME]</w:t>
            </w:r>
          </w:p>
        </w:tc>
      </w:tr>
      <w:tr>
        <w:trPr>
          <w:cantSplit/>
        </w:trPr>
        <w:tc>
          <w:tcPr>
            <w:tcW w:type="dxa" w:w="2340"/>
            <w:vAlign w:val="center"/>
            <w:tcMar>
              <w:top w:w="55" w:type="dxa"/>
              <w:start w:w="70" w:type="dxa"/>
              <w:bottom w:w="55" w:type="dxa"/>
              <w:end w:w="70" w:type="dxa"/>
            </w:tcMar>
          </w:tcPr>
          <w:p>
            <w:pPr>
              <w:spacing w:after="0"/>
            </w:pPr>
            <w:r>
              <w:rPr>
                <w:rFonts w:ascii="Times New Roman" w:hAnsi="Times New Roman"/>
                <w:sz w:val="18"/>
              </w:rPr>
              <w:t>Closing lead confirms all release dependencies and authorizes announcement after effectiveness.</w:t>
            </w:r>
          </w:p>
        </w:tc>
        <w:tc>
          <w:tcPr>
            <w:tcW w:type="dxa" w:w="2340"/>
            <w:vAlign w:val="center"/>
            <w:tcMar>
              <w:top w:w="55" w:type="dxa"/>
              <w:start w:w="70" w:type="dxa"/>
              <w:bottom w:w="55" w:type="dxa"/>
              <w:end w:w="70" w:type="dxa"/>
            </w:tcMar>
          </w:tcPr>
          <w:p>
            <w:pPr>
              <w:spacing w:after="0"/>
            </w:pPr>
            <w:r>
              <w:rPr>
                <w:rFonts w:ascii="Times New Roman" w:hAnsi="Times New Roman"/>
                <w:sz w:val="18"/>
              </w:rPr>
              <w:t>[NAME]</w:t>
            </w:r>
          </w:p>
        </w:tc>
        <w:tc>
          <w:tcPr>
            <w:tcW w:type="dxa" w:w="2340"/>
            <w:vAlign w:val="center"/>
            <w:tcMar>
              <w:top w:w="55" w:type="dxa"/>
              <w:start w:w="70" w:type="dxa"/>
              <w:bottom w:w="55" w:type="dxa"/>
              <w:end w:w="70" w:type="dxa"/>
            </w:tcMar>
          </w:tcPr>
          <w:p>
            <w:pPr>
              <w:spacing w:after="0"/>
            </w:pPr>
            <w:r>
              <w:rPr>
                <w:rFonts w:ascii="Times New Roman" w:hAnsi="Times New Roman"/>
                <w:sz w:val="18"/>
              </w:rPr>
              <w:t>[AUTHORIZATION]</w:t>
            </w:r>
          </w:p>
        </w:tc>
        <w:tc>
          <w:tcPr>
            <w:tcW w:type="dxa" w:w="2340"/>
            <w:vAlign w:val="center"/>
            <w:tcMar>
              <w:top w:w="55" w:type="dxa"/>
              <w:start w:w="70" w:type="dxa"/>
              <w:bottom w:w="55" w:type="dxa"/>
              <w:end w:w="70" w:type="dxa"/>
            </w:tcMar>
          </w:tcPr>
          <w:p>
            <w:pPr>
              <w:spacing w:after="0"/>
            </w:pPr>
            <w:r>
              <w:rPr>
                <w:rFonts w:ascii="Times New Roman" w:hAnsi="Times New Roman"/>
                <w:sz w:val="18"/>
              </w:rPr>
              <w:t>[DATE / TIME]</w:t>
            </w:r>
          </w:p>
        </w:tc>
      </w:tr>
    </w:tbl>
    <w:p>
      <w:pPr>
        <w:widowControl/>
        <w:spacing w:after="20"/>
      </w:pPr>
    </w:p>
    <w:p>
      <w:pPr>
        <w:pStyle w:val="Heading3"/>
        <w:widowControl/>
        <w:ind w:left="0" w:firstLine="0"/>
      </w:pPr>
      <w:r>
        <w:rPr>
          <w:rFonts w:ascii="Times New Roman" w:hAnsi="Times New Roman"/>
          <w:b/>
          <w:sz w:val="22"/>
          <w:u w:val="single"/>
        </w:rPr>
        <w:t>Annex 2 Open Items and Waivers</w:t>
      </w:r>
    </w:p>
    <w:tbl>
      <w:tblPr>
        <w:tblStyle w:val="TableGrid"/>
        <w:tblW w:type="auto" w:w="0"/>
        <w:jc w:val="center"/>
        <w:tblLayout w:type="fixed"/>
        <w:tblLook w:firstColumn="1" w:firstRow="1" w:lastColumn="0" w:lastRow="0" w:noHBand="0" w:noVBand="1" w:val="04A0"/>
        <w:tblBorders>
          <w:top w:val="single" w:color="D9D9D9" w:sz="4"/>
          <w:left w:val="single" w:color="D9D9D9" w:sz="4"/>
          <w:bottom w:val="single" w:color="D9D9D9" w:sz="4"/>
          <w:right w:val="single" w:color="D9D9D9" w:sz="4"/>
          <w:insideH w:val="single" w:color="D9D9D9" w:sz="4"/>
          <w:insideV w:val="single" w:color="D9D9D9" w:sz="4"/>
        </w:tblBorders>
      </w:tblPr>
      <w:tblGrid>
        <w:gridCol w:w="1170"/>
        <w:gridCol w:w="1170"/>
        <w:gridCol w:w="1170"/>
        <w:gridCol w:w="1170"/>
        <w:gridCol w:w="1170"/>
        <w:gridCol w:w="1170"/>
        <w:gridCol w:w="1170"/>
        <w:gridCol w:w="1170"/>
      </w:tblGrid>
      <w:tr>
        <w:trPr>
          <w:tblHeader w:val="true"/>
          <w:cantSplit/>
        </w:trPr>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Item</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Source</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Risk and amount</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Proposed disposition</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Waiver or amendment required</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Authority</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Evidence</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Post-Closing owner</w:t>
            </w:r>
          </w:p>
        </w:tc>
      </w:tr>
      <w:tr>
        <w:trPr>
          <w:cantSplit/>
        </w:trPr>
        <w:tc>
          <w:tcPr>
            <w:tcW w:type="dxa" w:w="1170"/>
            <w:vAlign w:val="center"/>
            <w:tcMar>
              <w:top w:w="55" w:type="dxa"/>
              <w:start w:w="70" w:type="dxa"/>
              <w:bottom w:w="55" w:type="dxa"/>
              <w:end w:w="70" w:type="dxa"/>
            </w:tcMar>
          </w:tcPr>
          <w:p>
            <w:pPr>
              <w:spacing w:after="0"/>
            </w:pPr>
            <w:r>
              <w:rPr>
                <w:rFonts w:ascii="Times New Roman" w:hAnsi="Times New Roman"/>
                <w:sz w:val="18"/>
              </w:rPr>
              <w:t>[ITEM]</w:t>
            </w:r>
          </w:p>
        </w:tc>
        <w:tc>
          <w:tcPr>
            <w:tcW w:type="dxa" w:w="1170"/>
            <w:vAlign w:val="center"/>
            <w:tcMar>
              <w:top w:w="55" w:type="dxa"/>
              <w:start w:w="70" w:type="dxa"/>
              <w:bottom w:w="55" w:type="dxa"/>
              <w:end w:w="70" w:type="dxa"/>
            </w:tcMar>
          </w:tcPr>
          <w:p>
            <w:pPr>
              <w:spacing w:after="0"/>
            </w:pPr>
            <w:r>
              <w:rPr>
                <w:rFonts w:ascii="Times New Roman" w:hAnsi="Times New Roman"/>
                <w:sz w:val="18"/>
              </w:rPr>
              <w:t>[§]</w:t>
            </w:r>
          </w:p>
        </w:tc>
        <w:tc>
          <w:tcPr>
            <w:tcW w:type="dxa" w:w="1170"/>
            <w:vAlign w:val="center"/>
            <w:tcMar>
              <w:top w:w="55" w:type="dxa"/>
              <w:start w:w="70" w:type="dxa"/>
              <w:bottom w:w="55" w:type="dxa"/>
              <w:end w:w="70" w:type="dxa"/>
            </w:tcMar>
          </w:tcPr>
          <w:p>
            <w:pPr>
              <w:spacing w:after="0"/>
            </w:pPr>
            <w:r>
              <w:rPr>
                <w:rFonts w:ascii="Times New Roman" w:hAnsi="Times New Roman"/>
                <w:sz w:val="18"/>
              </w:rPr>
              <w:t>[RISK]</w:t>
            </w:r>
          </w:p>
        </w:tc>
        <w:tc>
          <w:tcPr>
            <w:tcW w:type="dxa" w:w="1170"/>
            <w:vAlign w:val="center"/>
            <w:tcMar>
              <w:top w:w="55" w:type="dxa"/>
              <w:start w:w="70" w:type="dxa"/>
              <w:bottom w:w="55" w:type="dxa"/>
              <w:end w:w="70" w:type="dxa"/>
            </w:tcMar>
          </w:tcPr>
          <w:p>
            <w:pPr>
              <w:spacing w:after="0"/>
            </w:pPr>
            <w:r>
              <w:rPr>
                <w:rFonts w:ascii="Times New Roman" w:hAnsi="Times New Roman"/>
                <w:sz w:val="18"/>
              </w:rPr>
              <w:t>[ACTION]</w:t>
            </w:r>
          </w:p>
        </w:tc>
        <w:tc>
          <w:tcPr>
            <w:tcW w:type="dxa" w:w="1170"/>
            <w:vAlign w:val="center"/>
            <w:tcMar>
              <w:top w:w="55" w:type="dxa"/>
              <w:start w:w="70" w:type="dxa"/>
              <w:bottom w:w="55" w:type="dxa"/>
              <w:end w:w="70" w:type="dxa"/>
            </w:tcMar>
          </w:tcPr>
          <w:p>
            <w:pPr>
              <w:spacing w:after="0"/>
            </w:pPr>
            <w:r>
              <w:rPr>
                <w:rFonts w:ascii="Times New Roman" w:hAnsi="Times New Roman"/>
                <w:sz w:val="18"/>
              </w:rPr>
              <w:t>[YES / NO]</w:t>
            </w:r>
          </w:p>
        </w:tc>
        <w:tc>
          <w:tcPr>
            <w:tcW w:type="dxa" w:w="1170"/>
            <w:vAlign w:val="center"/>
            <w:tcMar>
              <w:top w:w="55" w:type="dxa"/>
              <w:start w:w="70" w:type="dxa"/>
              <w:bottom w:w="55" w:type="dxa"/>
              <w:end w:w="70" w:type="dxa"/>
            </w:tcMar>
          </w:tcPr>
          <w:p>
            <w:pPr>
              <w:spacing w:after="0"/>
            </w:pPr>
            <w:r>
              <w:rPr>
                <w:rFonts w:ascii="Times New Roman" w:hAnsi="Times New Roman"/>
                <w:sz w:val="18"/>
              </w:rPr>
              <w:t>[PERSON]</w:t>
            </w:r>
          </w:p>
        </w:tc>
        <w:tc>
          <w:tcPr>
            <w:tcW w:type="dxa" w:w="1170"/>
            <w:vAlign w:val="center"/>
            <w:tcMar>
              <w:top w:w="55" w:type="dxa"/>
              <w:start w:w="70" w:type="dxa"/>
              <w:bottom w:w="55" w:type="dxa"/>
              <w:end w:w="70" w:type="dxa"/>
            </w:tcMar>
          </w:tcPr>
          <w:p>
            <w:pPr>
              <w:spacing w:after="0"/>
            </w:pPr>
            <w:r>
              <w:rPr>
                <w:rFonts w:ascii="Times New Roman" w:hAnsi="Times New Roman"/>
                <w:sz w:val="18"/>
              </w:rPr>
              <w:t>[FILE]</w:t>
            </w:r>
          </w:p>
        </w:tc>
        <w:tc>
          <w:tcPr>
            <w:tcW w:type="dxa" w:w="1170"/>
            <w:vAlign w:val="center"/>
            <w:tcMar>
              <w:top w:w="55" w:type="dxa"/>
              <w:start w:w="70" w:type="dxa"/>
              <w:bottom w:w="55" w:type="dxa"/>
              <w:end w:w="70" w:type="dxa"/>
            </w:tcMar>
          </w:tcPr>
          <w:p>
            <w:pPr>
              <w:spacing w:after="0"/>
            </w:pPr>
            <w:r>
              <w:rPr>
                <w:rFonts w:ascii="Times New Roman" w:hAnsi="Times New Roman"/>
                <w:sz w:val="18"/>
              </w:rPr>
              <w:t>[OWNER]</w:t>
            </w:r>
          </w:p>
        </w:tc>
      </w:tr>
    </w:tbl>
    <w:p>
      <w:pPr>
        <w:widowControl/>
        <w:spacing w:after="20"/>
      </w:pPr>
    </w:p>
    <w:p>
      <w:pPr>
        <w:pStyle w:val="Heading3"/>
        <w:widowControl/>
        <w:ind w:left="0" w:firstLine="0"/>
      </w:pPr>
      <w:r>
        <w:rPr>
          <w:rFonts w:ascii="Times New Roman" w:hAnsi="Times New Roman"/>
          <w:b/>
          <w:sz w:val="22"/>
          <w:u w:val="single"/>
        </w:rPr>
        <w:t>Annex 3 Final Document Index</w:t>
      </w:r>
    </w:p>
    <w:tbl>
      <w:tblPr>
        <w:tblStyle w:val="TableGrid"/>
        <w:tblW w:type="auto" w:w="0"/>
        <w:jc w:val="center"/>
        <w:tblLayout w:type="fixed"/>
        <w:tblLook w:firstColumn="1" w:firstRow="1" w:lastColumn="0" w:lastRow="0" w:noHBand="0" w:noVBand="1" w:val="04A0"/>
        <w:tblBorders>
          <w:top w:val="single" w:color="D9D9D9" w:sz="4"/>
          <w:left w:val="single" w:color="D9D9D9" w:sz="4"/>
          <w:bottom w:val="single" w:color="D9D9D9" w:sz="4"/>
          <w:right w:val="single" w:color="D9D9D9" w:sz="4"/>
          <w:insideH w:val="single" w:color="D9D9D9" w:sz="4"/>
          <w:insideV w:val="single" w:color="D9D9D9" w:sz="4"/>
        </w:tblBorders>
      </w:tblPr>
      <w:tblGrid>
        <w:gridCol w:w="1170"/>
        <w:gridCol w:w="1170"/>
        <w:gridCol w:w="1170"/>
        <w:gridCol w:w="1170"/>
        <w:gridCol w:w="1170"/>
        <w:gridCol w:w="1170"/>
        <w:gridCol w:w="1170"/>
        <w:gridCol w:w="1170"/>
      </w:tblGrid>
      <w:tr>
        <w:trPr>
          <w:tblHeader w:val="true"/>
          <w:cantSplit/>
        </w:trPr>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Document</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Final version date</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Native file</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Execution PDF</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Parties</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Schedules and exhibits</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Closing-binder location</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Privilege classification</w:t>
            </w:r>
          </w:p>
        </w:tc>
      </w:tr>
      <w:tr>
        <w:trPr>
          <w:cantSplit/>
        </w:trPr>
        <w:tc>
          <w:tcPr>
            <w:tcW w:type="dxa" w:w="1170"/>
            <w:vAlign w:val="center"/>
            <w:tcMar>
              <w:top w:w="55" w:type="dxa"/>
              <w:start w:w="70" w:type="dxa"/>
              <w:bottom w:w="55" w:type="dxa"/>
              <w:end w:w="70" w:type="dxa"/>
            </w:tcMar>
          </w:tcPr>
          <w:p>
            <w:pPr>
              <w:spacing w:after="0"/>
            </w:pPr>
            <w:r>
              <w:rPr>
                <w:rFonts w:ascii="Times New Roman" w:hAnsi="Times New Roman"/>
                <w:sz w:val="18"/>
              </w:rPr>
              <w:t>[DOCUMENT]</w:t>
            </w:r>
          </w:p>
        </w:tc>
        <w:tc>
          <w:tcPr>
            <w:tcW w:type="dxa" w:w="1170"/>
            <w:vAlign w:val="center"/>
            <w:tcMar>
              <w:top w:w="55" w:type="dxa"/>
              <w:start w:w="70" w:type="dxa"/>
              <w:bottom w:w="55" w:type="dxa"/>
              <w:end w:w="70" w:type="dxa"/>
            </w:tcMar>
          </w:tcPr>
          <w:p>
            <w:pPr>
              <w:spacing w:after="0"/>
            </w:pPr>
            <w:r>
              <w:rPr>
                <w:rFonts w:ascii="Times New Roman" w:hAnsi="Times New Roman"/>
                <w:sz w:val="18"/>
              </w:rPr>
              <w:t>[DATE / VERSION]</w:t>
            </w:r>
          </w:p>
        </w:tc>
        <w:tc>
          <w:tcPr>
            <w:tcW w:type="dxa" w:w="1170"/>
            <w:vAlign w:val="center"/>
            <w:tcMar>
              <w:top w:w="55" w:type="dxa"/>
              <w:start w:w="70" w:type="dxa"/>
              <w:bottom w:w="55" w:type="dxa"/>
              <w:end w:w="70" w:type="dxa"/>
            </w:tcMar>
          </w:tcPr>
          <w:p>
            <w:pPr>
              <w:spacing w:after="0"/>
            </w:pPr>
            <w:r>
              <w:rPr>
                <w:rFonts w:ascii="Times New Roman" w:hAnsi="Times New Roman"/>
                <w:sz w:val="18"/>
              </w:rPr>
              <w:t>[PATH / ID]</w:t>
            </w:r>
          </w:p>
        </w:tc>
        <w:tc>
          <w:tcPr>
            <w:tcW w:type="dxa" w:w="1170"/>
            <w:vAlign w:val="center"/>
            <w:tcMar>
              <w:top w:w="55" w:type="dxa"/>
              <w:start w:w="70" w:type="dxa"/>
              <w:bottom w:w="55" w:type="dxa"/>
              <w:end w:w="70" w:type="dxa"/>
            </w:tcMar>
          </w:tcPr>
          <w:p>
            <w:pPr>
              <w:spacing w:after="0"/>
            </w:pPr>
            <w:r>
              <w:rPr>
                <w:rFonts w:ascii="Times New Roman" w:hAnsi="Times New Roman"/>
                <w:sz w:val="18"/>
              </w:rPr>
              <w:t>[PATH / ID]</w:t>
            </w:r>
          </w:p>
        </w:tc>
        <w:tc>
          <w:tcPr>
            <w:tcW w:type="dxa" w:w="1170"/>
            <w:vAlign w:val="center"/>
            <w:tcMar>
              <w:top w:w="55" w:type="dxa"/>
              <w:start w:w="70" w:type="dxa"/>
              <w:bottom w:w="55" w:type="dxa"/>
              <w:end w:w="70" w:type="dxa"/>
            </w:tcMar>
          </w:tcPr>
          <w:p>
            <w:pPr>
              <w:spacing w:after="0"/>
            </w:pPr>
            <w:r>
              <w:rPr>
                <w:rFonts w:ascii="Times New Roman" w:hAnsi="Times New Roman"/>
                <w:sz w:val="18"/>
              </w:rPr>
              <w:t>[PARTIES]</w:t>
            </w:r>
          </w:p>
        </w:tc>
        <w:tc>
          <w:tcPr>
            <w:tcW w:type="dxa" w:w="1170"/>
            <w:vAlign w:val="center"/>
            <w:tcMar>
              <w:top w:w="55" w:type="dxa"/>
              <w:start w:w="70" w:type="dxa"/>
              <w:bottom w:w="55" w:type="dxa"/>
              <w:end w:w="70" w:type="dxa"/>
            </w:tcMar>
          </w:tcPr>
          <w:p>
            <w:pPr>
              <w:spacing w:after="0"/>
            </w:pPr>
            <w:r>
              <w:rPr>
                <w:rFonts w:ascii="Times New Roman" w:hAnsi="Times New Roman"/>
                <w:sz w:val="18"/>
              </w:rPr>
              <w:t>[LIST]</w:t>
            </w:r>
          </w:p>
        </w:tc>
        <w:tc>
          <w:tcPr>
            <w:tcW w:type="dxa" w:w="1170"/>
            <w:vAlign w:val="center"/>
            <w:tcMar>
              <w:top w:w="55" w:type="dxa"/>
              <w:start w:w="70" w:type="dxa"/>
              <w:bottom w:w="55" w:type="dxa"/>
              <w:end w:w="70" w:type="dxa"/>
            </w:tcMar>
          </w:tcPr>
          <w:p>
            <w:pPr>
              <w:spacing w:after="0"/>
            </w:pPr>
            <w:r>
              <w:rPr>
                <w:rFonts w:ascii="Times New Roman" w:hAnsi="Times New Roman"/>
                <w:sz w:val="18"/>
              </w:rPr>
              <w:t>[LOCATION]</w:t>
            </w:r>
          </w:p>
        </w:tc>
        <w:tc>
          <w:tcPr>
            <w:tcW w:type="dxa" w:w="1170"/>
            <w:vAlign w:val="center"/>
            <w:tcMar>
              <w:top w:w="55" w:type="dxa"/>
              <w:start w:w="70" w:type="dxa"/>
              <w:bottom w:w="55" w:type="dxa"/>
              <w:end w:w="70" w:type="dxa"/>
            </w:tcMar>
          </w:tcPr>
          <w:p>
            <w:pPr>
              <w:spacing w:after="0"/>
            </w:pPr>
            <w:r>
              <w:rPr>
                <w:rFonts w:ascii="Times New Roman" w:hAnsi="Times New Roman"/>
                <w:sz w:val="18"/>
              </w:rPr>
              <w:t>[PUBLIC / CONFIDENTIAL / PRIVILEGED]</w:t>
            </w:r>
          </w:p>
        </w:tc>
      </w:tr>
    </w:tbl>
    <w:p>
      <w:pPr>
        <w:widowControl/>
        <w:spacing w:after="20"/>
      </w:pPr>
    </w:p>
    <w:p>
      <w:pPr>
        <w:widowControl/>
      </w:pPr>
      <w:r>
        <w:br w:type="page"/>
      </w:r>
    </w:p>
    <w:p>
      <w:pPr>
        <w:pStyle w:val="Heading2"/>
        <w:widowControl/>
        <w:spacing w:before="1200"/>
        <w:ind w:left="0" w:firstLine="0"/>
      </w:pPr>
      <w:r>
        <w:rPr>
          <w:rFonts w:ascii="Times New Roman" w:hAnsi="Times New Roman"/>
          <w:b/>
          <w:sz w:val="22"/>
          <w:u w:val="single"/>
        </w:rPr>
        <w:t>Website Posting README — Not Part of the Checklist</w:t>
      </w:r>
    </w:p>
    <w:p>
      <w:pPr>
        <w:pStyle w:val="Heading3"/>
        <w:widowControl/>
        <w:ind w:left="0" w:firstLine="0"/>
      </w:pPr>
      <w:r>
        <w:rPr>
          <w:rFonts w:ascii="Times New Roman" w:hAnsi="Times New Roman"/>
          <w:b/>
          <w:sz w:val="22"/>
          <w:u w:val="single"/>
        </w:rPr>
        <w:t>Purpose and use boundary</w:t>
      </w:r>
    </w:p>
    <w:p>
      <w:pPr>
        <w:keepLines w:val="0"/>
        <w:widowControl/>
        <w:ind w:firstLine="720"/>
        <w:jc w:val="both"/>
      </w:pPr>
      <w:r>
        <w:t>This educational master is a closing-control system for private M&amp;A. It must be rebuilt from the signed transaction documents. It does not satisfy a condition, waive a right, authorize a signature or wire, or prove Closing merely because an item is checked.</w:t>
      </w:r>
    </w:p>
    <w:p>
      <w:pPr>
        <w:pStyle w:val="Heading3"/>
        <w:widowControl/>
        <w:ind w:left="0" w:firstLine="0"/>
      </w:pPr>
      <w:r>
        <w:rPr>
          <w:rFonts w:ascii="Times New Roman" w:hAnsi="Times New Roman"/>
          <w:b/>
          <w:sz w:val="22"/>
          <w:u w:val="single"/>
        </w:rPr>
        <w:t>What to upload with the Word form</w:t>
      </w:r>
    </w:p>
    <w:p>
      <w:pPr>
        <w:widowControl/>
        <w:ind w:firstLine="720"/>
        <w:jc w:val="both"/>
      </w:pPr>
      <w:r>
        <w:t>Only in an approved system, upload the signed acquisition agreement and amendments, final Disclosure Schedules, every ancillary agreement, board and holder approvals, conditions matrix, regulatory evidence, cap table, consideration schedule, funds-flow draft, payoff letters, consent tracker, signature packets, and post-Closing obligations. Use masked bank references and never upload credentials or full banking data to an unapproved system.</w:t>
      </w:r>
    </w:p>
    <w:p>
      <w:pPr>
        <w:pStyle w:val="Heading3"/>
        <w:widowControl/>
        <w:ind w:left="0" w:firstLine="0"/>
      </w:pPr>
      <w:r>
        <w:rPr>
          <w:rFonts w:ascii="Times New Roman" w:hAnsi="Times New Roman"/>
          <w:b/>
          <w:sz w:val="22"/>
          <w:u w:val="single"/>
        </w:rPr>
        <w:t>AI completion prompt</w:t>
      </w:r>
    </w:p>
    <w:p>
      <w:pPr>
        <w:widowControl/>
        <w:ind w:firstLine="720"/>
        <w:jc w:val="both"/>
      </w:pPr>
      <w:r>
        <w:rPr>
          <w:b/>
        </w:rPr>
        <w:t>Prompt:</w:t>
      </w:r>
      <w:r>
        <w:t xml:space="preserve"> You are assisting an experienced M&amp;A closing team in converting the uploaded Founder M&amp;A Closing Checklist and Closing Agenda into a deal-specific control document. Extract every condition, covenant, deliverable, approval, notice, payment, filing, signature, waiver, and post-Closing deadline from the controlling signed documents. For each item state the exact source section, beneficiary, owner, dependency, due date and time zone, required evidence, reviewer, waiver authority, and status. Do not invent completion, authority, receipt, consent, waiver, filing, payment, or legal effect. Flag conflicts among documents, missing schedules, unmatched signature pages, stale versions, undefined conditions, inconsistent amounts, unverified wires, and deadlines without owners. Produce a separate source-to-checklist traceability report and a no-close exception list. Do not release signatures, initiate funds, file, communicate with a party, mark an item complete without evidence, or announce Closing.</w:t>
      </w:r>
    </w:p>
    <w:p>
      <w:pPr>
        <w:pStyle w:val="Heading3"/>
        <w:widowControl/>
        <w:ind w:left="0" w:firstLine="0"/>
      </w:pPr>
      <w:r>
        <w:rPr>
          <w:rFonts w:ascii="Times New Roman" w:hAnsi="Times New Roman"/>
          <w:b/>
          <w:sz w:val="22"/>
          <w:u w:val="single"/>
        </w:rPr>
        <w:t>Human review and expected submission</w:t>
      </w:r>
    </w:p>
    <w:p>
      <w:pPr>
        <w:widowControl/>
        <w:ind w:firstLine="720"/>
        <w:jc w:val="both"/>
      </w:pPr>
      <w:r>
        <w:t>The closing team should submit the completed checklist with its source-to-item report, conditions matrix, document and signature matrix, funds-flow reconciliation, masked wire-verification log, regulatory and specialist approvals, open-item and waiver log, release authorization, filing sequence, and post-Closing calendar. Responsible counsel must authorize Closing in writing after reviewing the current signed documents and evidence.</w:t>
      </w:r>
    </w:p>
    <w:sectPr>
      <w:headerReference w:type="default" r:id="rId13"/>
      <w:headerReference w:type="first" r:id="rId14"/>
      <w:footerReference w:type="default" r:id="rId15"/>
      <w:footerReference w:type="first" r:id="rId16"/>
      <w:pgSz w:w="12240" w:h="15840"/>
      <w:pgMar w:top="1440" w:right="1440" w:bottom="1440" w:left="1440" w:header="518" w:footer="51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Times New Roman" w:hAnsi="Times New Roman"/>
        <w:b/>
        <w:sz w:val="20"/>
      </w:rPr>
      <w:t>PRACTITIONER MASTER</w: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0" w:line="240" w:lineRule="auto"/>
    </w:pPr>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40"/>
      <w:ind w:left="0" w:right="0" w:firstLine="0"/>
      <w:jc w:val="center"/>
      <w:outlineLvl w:val="0"/>
    </w:pPr>
    <w:rPr>
      <w:rFonts w:asciiTheme="majorHAnsi" w:eastAsiaTheme="majorEastAsia" w:hAnsiTheme="majorHAnsi" w:cstheme="majorBidi" w:ascii="Times New Roman" w:hAnsi="Times New Roman" w:eastAsia="Times New Roman"/>
      <w:b/>
      <w:bCs/>
      <w:cap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40" w:after="120"/>
      <w:ind w:left="0" w:right="0" w:firstLine="0"/>
      <w:jc w:val="left"/>
      <w:outlineLvl w:val="1"/>
    </w:pPr>
    <w:rPr>
      <w:rFonts w:asciiTheme="majorHAnsi" w:eastAsiaTheme="majorEastAsia" w:hAnsiTheme="majorHAnsi" w:cstheme="majorBidi" w:ascii="Times New Roman" w:hAnsi="Times New Roman" w:eastAsia="Times New Roman"/>
      <w:b/>
      <w:bCs/>
      <w:color w:val="000000"/>
      <w:sz w:val="22"/>
      <w:szCs w:val="26"/>
      <w:u w:val="single"/>
    </w:rPr>
  </w:style>
  <w:style w:type="paragraph" w:styleId="Heading3">
    <w:name w:val="heading 3"/>
    <w:basedOn w:val="Normal"/>
    <w:next w:val="Normal"/>
    <w:link w:val="Heading3Char"/>
    <w:uiPriority w:val="9"/>
    <w:unhideWhenUsed/>
    <w:qFormat/>
    <w:rsid w:val="00FC693F"/>
    <w:pPr>
      <w:keepNext/>
      <w:keepLines/>
      <w:spacing w:before="180" w:after="60"/>
      <w:ind w:left="0" w:right="0" w:firstLine="0"/>
      <w:jc w:val="left"/>
      <w:outlineLvl w:val="2"/>
    </w:pPr>
    <w:rPr>
      <w:rFonts w:asciiTheme="majorHAnsi" w:eastAsiaTheme="majorEastAsia" w:hAnsiTheme="majorHAnsi" w:cstheme="majorBidi" w:ascii="Times New Roman" w:hAnsi="Times New Roman" w:eastAsia="Times New Roman"/>
      <w:b/>
      <w:bCs/>
      <w:color w:val="000000"/>
      <w:sz w:val="22"/>
      <w:u w:val="single"/>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ind w:left="0" w:right="0" w:firstLine="0"/>
      <w:contextualSpacing/>
      <w:jc w:val="center"/>
    </w:pPr>
    <w:rPr>
      <w:rFonts w:asciiTheme="majorHAnsi" w:eastAsiaTheme="majorEastAsia" w:hAnsiTheme="majorHAnsi" w:cstheme="majorBidi" w:ascii="Times New Roman" w:hAnsi="Times New Roman" w:eastAsia="Times New Roman"/>
      <w:b/>
      <w:caps w:val="0"/>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ractitionerBanner">
    <w:name w:val="Practitioner Banner"/>
    <w:pPr>
      <w:keepLines/>
      <w:spacing w:before="60" w:after="180"/>
      <w:jc w:val="center"/>
    </w:pPr>
    <w:rPr>
      <w:rFonts w:ascii="Times New Roman" w:hAnsi="Times New Roman"/>
      <w:b/>
      <w:color w:val="000000"/>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header" Target="header4.xml"/><Relationship Id="rId15" Type="http://schemas.openxmlformats.org/officeDocument/2006/relationships/footer" Target="footer3.xml"/><Relationship Id="rId16"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Founder M&amp;A Closing Checklist and Closing Agenda</dc:title>
  <dc:subject>Founder M&amp;A practitioner master</dc:subject>
  <dc:creator/>
  <cp:keywords>Founder M&amp;A, FMA-016, practitioner master</cp:keywords>
  <dc:description/>
  <cp:lastModifiedBy/>
  <cp:revision>1</cp:revision>
  <dcterms:created xsi:type="dcterms:W3CDTF">2013-12-23T23:15:00Z</dcterms:created>
  <dcterms:modified xsi:type="dcterms:W3CDTF">2013-12-23T23:15:00Z</dcterms:modified>
  <cp:category/>
</cp:coreProperties>
</file>